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622E20" w14:textId="7D424AA5" w:rsidR="00BA79BA" w:rsidRDefault="00BA79BA" w:rsidP="00BA79BA">
      <w:pPr>
        <w:pStyle w:val="NormalWeb"/>
        <w:spacing w:before="100" w:after="100"/>
        <w:rPr>
          <w:lang w:val="mn-MN"/>
        </w:rPr>
      </w:pPr>
      <w:r>
        <w:rPr>
          <w:lang w:val="mn-MN"/>
        </w:rPr>
        <w:t xml:space="preserve">                                             / Төлбөрийн буцаан олголт авах тухай  /</w:t>
      </w:r>
    </w:p>
    <w:p w14:paraId="19907ED5" w14:textId="77777777" w:rsidR="00BA79BA" w:rsidRDefault="00BA79BA" w:rsidP="00BA79BA">
      <w:pPr>
        <w:pStyle w:val="NormalWeb"/>
        <w:rPr>
          <w:lang w:val="mn-MN"/>
        </w:rPr>
      </w:pPr>
    </w:p>
    <w:p w14:paraId="575E78DC" w14:textId="77777777" w:rsidR="00BA79BA" w:rsidRPr="007770AB" w:rsidRDefault="00BA79BA" w:rsidP="00BA79BA">
      <w:pPr>
        <w:pStyle w:val="NormalWeb"/>
        <w:rPr>
          <w:lang w:val="mn-MN"/>
        </w:rPr>
      </w:pPr>
    </w:p>
    <w:p w14:paraId="5E4F74B3" w14:textId="77777777" w:rsidR="00BA79BA" w:rsidRDefault="00BA79BA" w:rsidP="00BA79BA">
      <w:pPr>
        <w:pStyle w:val="NormalWeb"/>
        <w:spacing w:before="240" w:beforeAutospacing="0" w:after="240" w:afterAutospacing="0"/>
        <w:rPr>
          <w:lang w:val="mn-MN"/>
        </w:rPr>
      </w:pPr>
    </w:p>
    <w:p w14:paraId="293CDCA2" w14:textId="77777777" w:rsidR="00BA79BA" w:rsidRDefault="00BA79BA" w:rsidP="00BA79BA">
      <w:pPr>
        <w:pStyle w:val="NormalWeb"/>
        <w:spacing w:before="240" w:beforeAutospacing="0" w:after="240" w:afterAutospacing="0"/>
        <w:rPr>
          <w:lang w:val="mn-MN"/>
        </w:rPr>
      </w:pPr>
    </w:p>
    <w:p w14:paraId="1EE8F205" w14:textId="77777777" w:rsidR="00BA79BA" w:rsidRPr="00AD2DDE" w:rsidRDefault="00BA79BA" w:rsidP="00BA79BA">
      <w:pPr>
        <w:pStyle w:val="NormalWeb"/>
        <w:spacing w:before="240" w:beforeAutospacing="0" w:after="240" w:afterAutospacing="0"/>
        <w:jc w:val="center"/>
        <w:rPr>
          <w:lang w:val="mn-MN"/>
        </w:rPr>
      </w:pPr>
      <w:r w:rsidRPr="00AD2DDE">
        <w:rPr>
          <w:lang w:val="mn-MN"/>
        </w:rPr>
        <w:t>САНХҮҮ, ЭДИЙН ЗАСГИЙН ИХ СУРГУУЛИЙН</w:t>
      </w:r>
    </w:p>
    <w:p w14:paraId="69996203" w14:textId="77777777" w:rsidR="00BA79BA" w:rsidRPr="00AD2DDE" w:rsidRDefault="00BA79BA" w:rsidP="00BA79BA">
      <w:pPr>
        <w:pStyle w:val="NormalWeb"/>
        <w:spacing w:before="240" w:beforeAutospacing="0" w:after="240" w:afterAutospacing="0"/>
        <w:jc w:val="center"/>
        <w:rPr>
          <w:lang w:val="mn-MN"/>
        </w:rPr>
      </w:pPr>
      <w:r w:rsidRPr="00AD2DDE">
        <w:rPr>
          <w:lang w:val="mn-MN"/>
        </w:rPr>
        <w:t>БҮРЭЛДЭХҮҮН  ИНЖЕНЕР ТЕХНОЛОГИЙН СУРГУУЛИЙН</w:t>
      </w:r>
    </w:p>
    <w:p w14:paraId="3C51EFC5" w14:textId="77777777" w:rsidR="00BA79BA" w:rsidRDefault="00BA79BA" w:rsidP="00BA79BA">
      <w:pPr>
        <w:pStyle w:val="NormalWeb"/>
        <w:spacing w:before="240" w:beforeAutospacing="0" w:after="240" w:afterAutospacing="0"/>
        <w:jc w:val="center"/>
        <w:rPr>
          <w:lang w:val="mn-MN"/>
        </w:rPr>
      </w:pPr>
      <w:r w:rsidRPr="00AD2DDE">
        <w:rPr>
          <w:lang w:val="mn-MN"/>
        </w:rPr>
        <w:t>СУРГАЛТЫН АЛБАНД</w:t>
      </w:r>
      <w:r>
        <w:rPr>
          <w:lang w:val="mn-MN"/>
        </w:rPr>
        <w:t xml:space="preserve"> </w:t>
      </w:r>
      <w:r w:rsidRPr="00AD2DDE">
        <w:rPr>
          <w:lang w:val="mn-MN"/>
        </w:rPr>
        <w:t>ХҮСЭЛТ ГАРГАХ НЬ</w:t>
      </w:r>
    </w:p>
    <w:p w14:paraId="2E683AE0" w14:textId="77777777" w:rsidR="00BA79BA" w:rsidRDefault="00BA79BA" w:rsidP="00BA79BA">
      <w:pPr>
        <w:pStyle w:val="NormalWeb"/>
        <w:spacing w:before="240" w:beforeAutospacing="0" w:after="240" w:afterAutospacing="0"/>
        <w:jc w:val="center"/>
        <w:rPr>
          <w:lang w:val="mn-MN"/>
        </w:rPr>
      </w:pPr>
    </w:p>
    <w:p w14:paraId="6FA762D6" w14:textId="77777777" w:rsidR="00BA79BA" w:rsidRPr="00AD2DDE" w:rsidRDefault="00BA79BA" w:rsidP="00BA79BA">
      <w:pPr>
        <w:pStyle w:val="NormalWeb"/>
        <w:spacing w:before="240" w:beforeAutospacing="0" w:after="240" w:afterAutospacing="0"/>
        <w:jc w:val="both"/>
        <w:rPr>
          <w:lang w:val="mn-MN"/>
        </w:rPr>
      </w:pPr>
      <w:r>
        <w:rPr>
          <w:lang w:val="mn-MN"/>
        </w:rPr>
        <w:t>....он....сар....өдөр</w:t>
      </w:r>
    </w:p>
    <w:p w14:paraId="0387A62E" w14:textId="77777777" w:rsidR="00BA79BA" w:rsidRDefault="00BA79BA" w:rsidP="00BA79BA">
      <w:pPr>
        <w:pStyle w:val="NormalWeb"/>
        <w:spacing w:line="276" w:lineRule="auto"/>
        <w:jc w:val="both"/>
        <w:rPr>
          <w:lang w:val="mn-MN"/>
        </w:rPr>
      </w:pPr>
      <w:r w:rsidRPr="00AD2DDE">
        <w:rPr>
          <w:lang w:val="mn-MN"/>
        </w:rPr>
        <w:t xml:space="preserve">Миний бие ______________ овогтой ______________ нь </w:t>
      </w:r>
      <w:r>
        <w:rPr>
          <w:lang w:val="mn-MN"/>
        </w:rPr>
        <w:t xml:space="preserve">/ регистр / </w:t>
      </w:r>
      <w:r w:rsidRPr="00AD2DDE">
        <w:rPr>
          <w:lang w:val="mn-MN"/>
        </w:rPr>
        <w:t>тус сургуулийн ____________</w:t>
      </w:r>
      <w:r>
        <w:rPr>
          <w:lang w:val="mn-MN"/>
        </w:rPr>
        <w:t>хөтөлбөрийн</w:t>
      </w:r>
      <w:r w:rsidRPr="00AD2DDE">
        <w:rPr>
          <w:lang w:val="mn-MN"/>
        </w:rPr>
        <w:t xml:space="preserve"> </w:t>
      </w:r>
      <w:r>
        <w:rPr>
          <w:lang w:val="mn-MN"/>
        </w:rPr>
        <w:t xml:space="preserve"> </w:t>
      </w:r>
      <w:r w:rsidRPr="00AD2DDE">
        <w:rPr>
          <w:lang w:val="mn-MN"/>
        </w:rPr>
        <w:t>__</w:t>
      </w:r>
      <w:r>
        <w:rPr>
          <w:lang w:val="mn-MN"/>
        </w:rPr>
        <w:t xml:space="preserve"> курсийн </w:t>
      </w:r>
      <w:r w:rsidRPr="00AD2DDE">
        <w:rPr>
          <w:lang w:val="mn-MN"/>
        </w:rPr>
        <w:t xml:space="preserve"> оюутан</w:t>
      </w:r>
      <w:r>
        <w:rPr>
          <w:lang w:val="mn-MN"/>
        </w:rPr>
        <w:t xml:space="preserve">. </w:t>
      </w:r>
    </w:p>
    <w:p w14:paraId="05FEDEB3" w14:textId="35006B64" w:rsidR="00BA79BA" w:rsidRDefault="00BA79BA" w:rsidP="00BA79BA">
      <w:pPr>
        <w:pStyle w:val="NormalWeb"/>
        <w:spacing w:line="276" w:lineRule="auto"/>
        <w:jc w:val="both"/>
        <w:rPr>
          <w:lang w:val="mn-MN"/>
        </w:rPr>
      </w:pPr>
      <w:r>
        <w:rPr>
          <w:lang w:val="mn-MN"/>
        </w:rPr>
        <w:t xml:space="preserve">Миний бие </w:t>
      </w:r>
      <w:r w:rsidRPr="00AD2DDE">
        <w:rPr>
          <w:lang w:val="mn-MN"/>
        </w:rPr>
        <w:t>______________</w:t>
      </w:r>
      <w:r>
        <w:rPr>
          <w:lang w:val="mn-MN"/>
        </w:rPr>
        <w:t xml:space="preserve">шалтгааны улмаас сургалтын төлбөрт төлсөн </w:t>
      </w:r>
      <w:r w:rsidRPr="00AD2DDE">
        <w:rPr>
          <w:lang w:val="mn-MN"/>
        </w:rPr>
        <w:t>______________</w:t>
      </w:r>
      <w:r>
        <w:rPr>
          <w:lang w:val="mn-MN"/>
        </w:rPr>
        <w:t xml:space="preserve">төгрөгийг буцаан авах хүсэлт гаргаж байна. </w:t>
      </w:r>
    </w:p>
    <w:p w14:paraId="1DB21E0B" w14:textId="125CB59C" w:rsidR="00BA79BA" w:rsidRDefault="00BA79BA" w:rsidP="00BA79BA">
      <w:pPr>
        <w:pStyle w:val="NormalWeb"/>
        <w:spacing w:line="276" w:lineRule="auto"/>
        <w:jc w:val="both"/>
        <w:rPr>
          <w:lang w:val="mn-MN"/>
        </w:rPr>
      </w:pPr>
      <w:r w:rsidRPr="00AD2DDE">
        <w:rPr>
          <w:lang w:val="mn-MN"/>
        </w:rPr>
        <w:t>Иймд миний хүсэлтийг хүлээн авч,</w:t>
      </w:r>
      <w:r>
        <w:rPr>
          <w:lang w:val="mn-MN"/>
        </w:rPr>
        <w:t xml:space="preserve"> сургалтын төлбөрийн буцаан олголтыг холбогдох журмын дагуу шийдвэрлэж  өгнө үү.  </w:t>
      </w:r>
    </w:p>
    <w:p w14:paraId="55375B7E" w14:textId="77777777" w:rsidR="00BA79BA" w:rsidRDefault="00BA79BA" w:rsidP="00BA79BA">
      <w:pPr>
        <w:pStyle w:val="NormalWeb"/>
        <w:spacing w:line="276" w:lineRule="auto"/>
        <w:jc w:val="both"/>
        <w:rPr>
          <w:lang w:val="mn-MN"/>
        </w:rPr>
      </w:pPr>
    </w:p>
    <w:p w14:paraId="5B376AFC" w14:textId="6B91C996" w:rsidR="00BA79BA" w:rsidRPr="00BA79BA" w:rsidRDefault="00BA79BA" w:rsidP="00BA79BA">
      <w:pPr>
        <w:pStyle w:val="NormalWeb"/>
        <w:spacing w:line="276" w:lineRule="auto"/>
        <w:jc w:val="both"/>
      </w:pPr>
      <w:r>
        <w:rPr>
          <w:lang w:val="mn-MN"/>
        </w:rPr>
        <w:t>Хүндэтгэсэн</w:t>
      </w:r>
      <w:r>
        <w:t xml:space="preserve">; </w:t>
      </w:r>
    </w:p>
    <w:p w14:paraId="78102CCC" w14:textId="77777777" w:rsidR="00BA79BA" w:rsidRPr="00AD2DDE" w:rsidRDefault="00BA79BA" w:rsidP="00BA79BA">
      <w:pPr>
        <w:pStyle w:val="NormalWeb"/>
        <w:ind w:left="3600" w:firstLine="720"/>
        <w:jc w:val="both"/>
        <w:rPr>
          <w:lang w:val="mn-MN"/>
        </w:rPr>
      </w:pPr>
      <w:r>
        <w:rPr>
          <w:lang w:val="mn-MN"/>
        </w:rPr>
        <w:t xml:space="preserve">Оюутны код </w:t>
      </w:r>
      <w:r w:rsidRPr="00AD2DDE">
        <w:rPr>
          <w:lang w:val="mn-MN"/>
        </w:rPr>
        <w:t>: _______________________</w:t>
      </w:r>
    </w:p>
    <w:p w14:paraId="297E4109" w14:textId="77777777" w:rsidR="00BA79BA" w:rsidRDefault="00BA79BA" w:rsidP="00BA79BA">
      <w:pPr>
        <w:pStyle w:val="NormalWeb"/>
        <w:ind w:left="4320"/>
        <w:jc w:val="both"/>
        <w:rPr>
          <w:lang w:val="mn-MN"/>
        </w:rPr>
      </w:pPr>
      <w:r w:rsidRPr="00AD2DDE">
        <w:rPr>
          <w:lang w:val="mn-MN"/>
        </w:rPr>
        <w:t>Утас</w:t>
      </w:r>
      <w:r>
        <w:rPr>
          <w:lang w:val="mn-MN"/>
        </w:rPr>
        <w:t xml:space="preserve">ны дугаар </w:t>
      </w:r>
      <w:r w:rsidRPr="00AD2DDE">
        <w:rPr>
          <w:lang w:val="mn-MN"/>
        </w:rPr>
        <w:t>: ______________________</w:t>
      </w:r>
    </w:p>
    <w:p w14:paraId="39548731" w14:textId="52EF7F18" w:rsidR="00BA79BA" w:rsidRDefault="00BA79BA" w:rsidP="00BA79BA">
      <w:pPr>
        <w:pStyle w:val="NormalWeb"/>
        <w:ind w:left="4320"/>
        <w:jc w:val="both"/>
        <w:rPr>
          <w:lang w:val="mn-MN"/>
        </w:rPr>
      </w:pPr>
      <w:r>
        <w:rPr>
          <w:lang w:val="mn-MN"/>
        </w:rPr>
        <w:t xml:space="preserve">Буцаан олголт хүлээн авах дансны дугаар </w:t>
      </w:r>
      <w:r w:rsidRPr="00AD2DDE">
        <w:rPr>
          <w:lang w:val="mn-MN"/>
        </w:rPr>
        <w:t>_______________________</w:t>
      </w:r>
    </w:p>
    <w:p w14:paraId="48EBA272" w14:textId="7FC1C244" w:rsidR="00BA79BA" w:rsidRPr="00AD2DDE" w:rsidRDefault="00BA79BA" w:rsidP="00BA79BA">
      <w:pPr>
        <w:pStyle w:val="NormalWeb"/>
        <w:ind w:left="3600" w:firstLine="720"/>
        <w:jc w:val="both"/>
        <w:rPr>
          <w:lang w:val="mn-MN"/>
        </w:rPr>
      </w:pPr>
      <w:r>
        <w:rPr>
          <w:lang w:val="mn-MN"/>
        </w:rPr>
        <w:t>Данс эзэмшигчийн нэр</w:t>
      </w:r>
      <w:r w:rsidRPr="00AD2DDE">
        <w:rPr>
          <w:lang w:val="mn-MN"/>
        </w:rPr>
        <w:t>_____________________</w:t>
      </w:r>
    </w:p>
    <w:p w14:paraId="76C2531B" w14:textId="0ACCD1B9" w:rsidR="00BA79BA" w:rsidRPr="00AD2DDE" w:rsidRDefault="00BA79BA" w:rsidP="00BA79BA">
      <w:pPr>
        <w:pStyle w:val="NormalWeb"/>
        <w:jc w:val="center"/>
        <w:rPr>
          <w:lang w:val="mn-MN"/>
        </w:rPr>
      </w:pPr>
      <w:r>
        <w:rPr>
          <w:lang w:val="mn-MN"/>
        </w:rPr>
        <w:t xml:space="preserve">                                            </w:t>
      </w:r>
      <w:r w:rsidRPr="00AD2DDE">
        <w:rPr>
          <w:lang w:val="mn-MN"/>
        </w:rPr>
        <w:t>Гарын үсэг: _________________</w:t>
      </w:r>
    </w:p>
    <w:p w14:paraId="17FB24B4" w14:textId="77777777" w:rsidR="00BA79BA" w:rsidRPr="00AD2DDE" w:rsidRDefault="00BA79BA" w:rsidP="00BA79BA">
      <w:pPr>
        <w:pStyle w:val="NormalWeb"/>
        <w:jc w:val="center"/>
        <w:rPr>
          <w:lang w:val="mn-MN"/>
        </w:rPr>
      </w:pPr>
      <w:r w:rsidRPr="00AD2DDE">
        <w:rPr>
          <w:color w:val="FFFFFF"/>
          <w:shd w:val="clear" w:color="auto" w:fill="FFFFFF"/>
        </w:rPr>
        <w:lastRenderedPageBreak/>
        <w:t xml:space="preserve">САНХҮҮ, ЭДИЙН </w:t>
      </w:r>
    </w:p>
    <w:p w14:paraId="18BBC477" w14:textId="77777777" w:rsidR="00BA79BA" w:rsidRPr="00AD2DDE" w:rsidRDefault="00BA79BA" w:rsidP="00BA79BA">
      <w:pPr>
        <w:pStyle w:val="NormalWeb"/>
        <w:jc w:val="center"/>
        <w:rPr>
          <w:lang w:val="mn-MN"/>
        </w:rPr>
      </w:pPr>
      <w:r w:rsidRPr="00AD2DDE">
        <w:rPr>
          <w:color w:val="FFFFFF"/>
          <w:shd w:val="clear" w:color="auto" w:fill="FFFFFF"/>
        </w:rPr>
        <w:t xml:space="preserve">САНХҮҮ, ЭДИЙН </w:t>
      </w: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