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66DFC" w14:textId="5CB5FB2F" w:rsidR="00C6295F" w:rsidRDefault="00C6295F" w:rsidP="00C6295F">
      <w:pPr>
        <w:pStyle w:val="NormalWeb"/>
        <w:spacing w:before="100" w:after="100"/>
        <w:rPr>
          <w:lang w:val="mn-MN"/>
        </w:rPr>
      </w:pPr>
      <w:r>
        <w:rPr>
          <w:lang w:val="mn-MN"/>
        </w:rPr>
        <w:t xml:space="preserve">                                             / Төлбөр төлөх хүсэлт   /</w:t>
      </w:r>
    </w:p>
    <w:p w14:paraId="0F0D6020" w14:textId="77777777" w:rsidR="00C6295F" w:rsidRDefault="00C6295F" w:rsidP="00C6295F">
      <w:pPr>
        <w:pStyle w:val="NormalWeb"/>
        <w:spacing w:before="240" w:beforeAutospacing="0" w:after="240" w:afterAutospacing="0"/>
        <w:rPr>
          <w:lang w:val="mn-MN"/>
        </w:rPr>
      </w:pPr>
    </w:p>
    <w:p w14:paraId="0F2D7642" w14:textId="77777777" w:rsidR="00C6295F" w:rsidRDefault="00C6295F" w:rsidP="00C6295F">
      <w:pPr>
        <w:pStyle w:val="NormalWeb"/>
        <w:spacing w:before="240" w:beforeAutospacing="0" w:after="240" w:afterAutospacing="0"/>
        <w:rPr>
          <w:lang w:val="mn-MN"/>
        </w:rPr>
      </w:pPr>
    </w:p>
    <w:p w14:paraId="5E1E7227" w14:textId="77777777" w:rsidR="00C6295F" w:rsidRPr="00AD2DDE" w:rsidRDefault="00C6295F" w:rsidP="00C6295F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САНХҮҮ, ЭДИЙН ЗАСГИЙН ИХ СУРГУУЛИЙН</w:t>
      </w:r>
    </w:p>
    <w:p w14:paraId="510E3A81" w14:textId="77777777" w:rsidR="00C6295F" w:rsidRPr="00AD2DDE" w:rsidRDefault="00C6295F" w:rsidP="00C6295F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БҮРЭЛДЭХҮҮН  ИНЖЕНЕР ТЕХНОЛОГИЙН СУРГУУЛИЙН</w:t>
      </w:r>
    </w:p>
    <w:p w14:paraId="29E735C4" w14:textId="77777777" w:rsidR="00C6295F" w:rsidRDefault="00C6295F" w:rsidP="00C6295F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СУРГАЛТЫН АЛБАНД</w:t>
      </w:r>
      <w:r>
        <w:rPr>
          <w:lang w:val="mn-MN"/>
        </w:rPr>
        <w:t xml:space="preserve"> </w:t>
      </w:r>
      <w:r w:rsidRPr="00AD2DDE">
        <w:rPr>
          <w:lang w:val="mn-MN"/>
        </w:rPr>
        <w:t>ХҮСЭЛТ ГАРГАХ НЬ</w:t>
      </w:r>
    </w:p>
    <w:p w14:paraId="26065DF2" w14:textId="77777777" w:rsidR="00C6295F" w:rsidRDefault="00C6295F" w:rsidP="00C6295F">
      <w:pPr>
        <w:pStyle w:val="NormalWeb"/>
        <w:spacing w:before="240" w:beforeAutospacing="0" w:after="240" w:afterAutospacing="0"/>
        <w:jc w:val="center"/>
        <w:rPr>
          <w:lang w:val="mn-MN"/>
        </w:rPr>
      </w:pPr>
    </w:p>
    <w:p w14:paraId="5D4EDA2A" w14:textId="77777777" w:rsidR="00C6295F" w:rsidRPr="00AD2DDE" w:rsidRDefault="00C6295F" w:rsidP="00C6295F">
      <w:pPr>
        <w:pStyle w:val="NormalWeb"/>
        <w:spacing w:before="240" w:beforeAutospacing="0" w:after="240" w:afterAutospacing="0"/>
        <w:jc w:val="both"/>
        <w:rPr>
          <w:lang w:val="mn-MN"/>
        </w:rPr>
      </w:pPr>
      <w:r>
        <w:rPr>
          <w:lang w:val="mn-MN"/>
        </w:rPr>
        <w:t>....он....сар....өдөр</w:t>
      </w:r>
    </w:p>
    <w:p w14:paraId="35146183" w14:textId="77777777" w:rsidR="00C6295F" w:rsidRDefault="00C6295F" w:rsidP="00C6295F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 xml:space="preserve">Миний бие ______________ овогтой ______________ нь </w:t>
      </w:r>
      <w:r>
        <w:rPr>
          <w:lang w:val="mn-MN"/>
        </w:rPr>
        <w:t xml:space="preserve">/ регистр / </w:t>
      </w:r>
      <w:r w:rsidRPr="00AD2DDE">
        <w:rPr>
          <w:lang w:val="mn-MN"/>
        </w:rPr>
        <w:t>тус сургуулийн ____________</w:t>
      </w:r>
      <w:r>
        <w:rPr>
          <w:lang w:val="mn-MN"/>
        </w:rPr>
        <w:t>хөтөлбөрийн</w:t>
      </w:r>
      <w:r w:rsidRPr="00AD2DDE">
        <w:rPr>
          <w:lang w:val="mn-MN"/>
        </w:rPr>
        <w:t xml:space="preserve"> </w:t>
      </w:r>
      <w:r>
        <w:rPr>
          <w:lang w:val="mn-MN"/>
        </w:rPr>
        <w:t xml:space="preserve"> </w:t>
      </w:r>
      <w:r w:rsidRPr="00AD2DDE">
        <w:rPr>
          <w:lang w:val="mn-MN"/>
        </w:rPr>
        <w:t>__</w:t>
      </w:r>
      <w:r>
        <w:rPr>
          <w:lang w:val="mn-MN"/>
        </w:rPr>
        <w:t xml:space="preserve"> курсийн </w:t>
      </w:r>
      <w:r w:rsidRPr="00AD2DDE">
        <w:rPr>
          <w:lang w:val="mn-MN"/>
        </w:rPr>
        <w:t xml:space="preserve"> оюутан</w:t>
      </w:r>
      <w:r>
        <w:rPr>
          <w:lang w:val="mn-MN"/>
        </w:rPr>
        <w:t xml:space="preserve">. </w:t>
      </w:r>
    </w:p>
    <w:p w14:paraId="69EDB9C6" w14:textId="1C7D189B" w:rsidR="00C6295F" w:rsidRDefault="00C6295F" w:rsidP="00C6295F">
      <w:pPr>
        <w:pStyle w:val="NormalWeb"/>
        <w:spacing w:line="276" w:lineRule="auto"/>
        <w:jc w:val="both"/>
        <w:rPr>
          <w:lang w:val="mn-MN"/>
        </w:rPr>
      </w:pPr>
      <w:r>
        <w:rPr>
          <w:lang w:val="mn-MN"/>
        </w:rPr>
        <w:t xml:space="preserve">Миний бие сургалтын төлбөрийг нэг дор бүрэн төлөх боломжгүй байгаа тул төлбөрөө дараах хуваарийн дагуу хэсэгчлэн төлөх хүсэлт гаргаж байна. </w:t>
      </w:r>
    </w:p>
    <w:p w14:paraId="6CE5C6BC" w14:textId="5929CF96" w:rsidR="00C6295F" w:rsidRDefault="00C6295F" w:rsidP="00C6295F">
      <w:pPr>
        <w:pStyle w:val="NormalWeb"/>
        <w:spacing w:line="276" w:lineRule="auto"/>
        <w:jc w:val="both"/>
      </w:pPr>
      <w:r>
        <w:rPr>
          <w:lang w:val="mn-MN"/>
        </w:rPr>
        <w:t xml:space="preserve">Үүнд </w:t>
      </w:r>
      <w:r>
        <w:t xml:space="preserve">; </w:t>
      </w:r>
    </w:p>
    <w:p w14:paraId="095213EC" w14:textId="1B2EBF96" w:rsidR="00C6295F" w:rsidRPr="00C6295F" w:rsidRDefault="00C6295F" w:rsidP="00C6295F">
      <w:pPr>
        <w:pStyle w:val="NormalWeb"/>
        <w:numPr>
          <w:ilvl w:val="0"/>
          <w:numId w:val="2"/>
        </w:numPr>
        <w:spacing w:line="276" w:lineRule="auto"/>
        <w:jc w:val="both"/>
      </w:pPr>
      <w:r>
        <w:t>…</w:t>
      </w:r>
      <w:r>
        <w:rPr>
          <w:lang w:val="mn-MN"/>
        </w:rPr>
        <w:t xml:space="preserve">оны </w:t>
      </w:r>
      <w:proofErr w:type="gramStart"/>
      <w:r>
        <w:rPr>
          <w:lang w:val="mn-MN"/>
        </w:rPr>
        <w:t>....сарын</w:t>
      </w:r>
      <w:proofErr w:type="gramEnd"/>
      <w:r>
        <w:rPr>
          <w:lang w:val="mn-MN"/>
        </w:rPr>
        <w:t xml:space="preserve"> ...ны өдөр .........төгрөг </w:t>
      </w:r>
    </w:p>
    <w:p w14:paraId="0CABBCC4" w14:textId="55186048" w:rsidR="00C6295F" w:rsidRPr="00C6295F" w:rsidRDefault="00C6295F" w:rsidP="00C6295F">
      <w:pPr>
        <w:pStyle w:val="NormalWeb"/>
        <w:numPr>
          <w:ilvl w:val="0"/>
          <w:numId w:val="2"/>
        </w:numPr>
        <w:spacing w:line="276" w:lineRule="auto"/>
        <w:jc w:val="both"/>
      </w:pPr>
      <w:r>
        <w:t>…</w:t>
      </w:r>
      <w:r>
        <w:rPr>
          <w:lang w:val="mn-MN"/>
        </w:rPr>
        <w:t xml:space="preserve">оны </w:t>
      </w:r>
      <w:proofErr w:type="gramStart"/>
      <w:r>
        <w:rPr>
          <w:lang w:val="mn-MN"/>
        </w:rPr>
        <w:t>....сарын</w:t>
      </w:r>
      <w:proofErr w:type="gramEnd"/>
      <w:r>
        <w:rPr>
          <w:lang w:val="mn-MN"/>
        </w:rPr>
        <w:t xml:space="preserve"> ...ны өдөр .........төгрөг төлж, сургалтын төлбөрийн үлдэгдлийг бүрэн барагдуулна. </w:t>
      </w:r>
    </w:p>
    <w:p w14:paraId="03A90347" w14:textId="2374C7EE" w:rsidR="00C6295F" w:rsidRDefault="00C6295F" w:rsidP="00C6295F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 xml:space="preserve">Иймд миний </w:t>
      </w:r>
      <w:r>
        <w:rPr>
          <w:lang w:val="mn-MN"/>
        </w:rPr>
        <w:t xml:space="preserve">нөхцөл байдлыг харгалзан үзэж, сургалтын төлбөрийг дээрх хуваарийн дагуу хувааж төлөх боломж олгож  өгнө үү.  </w:t>
      </w:r>
    </w:p>
    <w:p w14:paraId="0C18D61E" w14:textId="77777777" w:rsidR="00C6295F" w:rsidRDefault="00C6295F" w:rsidP="00C6295F">
      <w:pPr>
        <w:pStyle w:val="NormalWeb"/>
        <w:spacing w:line="276" w:lineRule="auto"/>
        <w:jc w:val="both"/>
        <w:rPr>
          <w:lang w:val="mn-MN"/>
        </w:rPr>
      </w:pPr>
    </w:p>
    <w:p w14:paraId="05EF6967" w14:textId="77777777" w:rsidR="00C6295F" w:rsidRPr="00BA79BA" w:rsidRDefault="00C6295F" w:rsidP="00C6295F">
      <w:pPr>
        <w:pStyle w:val="NormalWeb"/>
        <w:spacing w:line="276" w:lineRule="auto"/>
        <w:jc w:val="both"/>
      </w:pPr>
      <w:r>
        <w:rPr>
          <w:lang w:val="mn-MN"/>
        </w:rPr>
        <w:t>Хүндэтгэсэн</w:t>
      </w:r>
      <w:r>
        <w:t xml:space="preserve">; </w:t>
      </w:r>
    </w:p>
    <w:p w14:paraId="4CAB4725" w14:textId="77777777" w:rsidR="00C6295F" w:rsidRPr="00AD2DDE" w:rsidRDefault="00C6295F" w:rsidP="00C6295F">
      <w:pPr>
        <w:pStyle w:val="NormalWeb"/>
        <w:ind w:left="3600" w:firstLine="720"/>
        <w:jc w:val="both"/>
        <w:rPr>
          <w:lang w:val="mn-MN"/>
        </w:rPr>
      </w:pPr>
      <w:r>
        <w:rPr>
          <w:lang w:val="mn-MN"/>
        </w:rPr>
        <w:t xml:space="preserve">Оюутны код </w:t>
      </w:r>
      <w:r w:rsidRPr="00AD2DDE">
        <w:rPr>
          <w:lang w:val="mn-MN"/>
        </w:rPr>
        <w:t>: _______________________</w:t>
      </w:r>
    </w:p>
    <w:p w14:paraId="32B573A2" w14:textId="77777777" w:rsidR="00C6295F" w:rsidRDefault="00C6295F" w:rsidP="00C6295F">
      <w:pPr>
        <w:pStyle w:val="NormalWeb"/>
        <w:ind w:left="4320"/>
        <w:jc w:val="both"/>
        <w:rPr>
          <w:lang w:val="mn-MN"/>
        </w:rPr>
      </w:pPr>
      <w:r w:rsidRPr="00AD2DDE">
        <w:rPr>
          <w:lang w:val="mn-MN"/>
        </w:rPr>
        <w:t>Утас</w:t>
      </w:r>
      <w:r>
        <w:rPr>
          <w:lang w:val="mn-MN"/>
        </w:rPr>
        <w:t xml:space="preserve">ны дугаар </w:t>
      </w:r>
      <w:r w:rsidRPr="00AD2DDE">
        <w:rPr>
          <w:lang w:val="mn-MN"/>
        </w:rPr>
        <w:t>: ______________________</w:t>
      </w:r>
      <w:r>
        <w:rPr>
          <w:lang w:val="mn-MN"/>
        </w:rPr>
        <w:t xml:space="preserve">  </w:t>
      </w:r>
    </w:p>
    <w:p w14:paraId="46EEB9F7" w14:textId="5226B9DF" w:rsidR="00C6295F" w:rsidRPr="00AD2DDE" w:rsidRDefault="00C6295F" w:rsidP="00C6295F">
      <w:pPr>
        <w:pStyle w:val="NormalWeb"/>
        <w:ind w:left="4320"/>
        <w:jc w:val="both"/>
        <w:rPr>
          <w:lang w:val="mn-MN"/>
        </w:rPr>
      </w:pPr>
      <w:r>
        <w:rPr>
          <w:lang w:val="mn-MN"/>
        </w:rPr>
        <w:t xml:space="preserve"> </w:t>
      </w:r>
      <w:r w:rsidRPr="00AD2DDE">
        <w:rPr>
          <w:lang w:val="mn-MN"/>
        </w:rPr>
        <w:t>Гарын үсэг: _________________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