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0D7CD" w14:textId="3D74C096" w:rsidR="00AD2DDE" w:rsidRPr="00AD2DDE" w:rsidRDefault="007056AA" w:rsidP="00AD2DDE">
      <w:pPr>
        <w:pStyle w:val="NormalWeb"/>
        <w:jc w:val="center"/>
        <w:rPr>
          <w:lang w:val="mn-MN"/>
        </w:rPr>
      </w:pPr>
      <w:r>
        <w:rPr>
          <w:lang w:val="mn-MN"/>
        </w:rPr>
        <w:t>/ Сургуулиас чөлөөлөгдөх хүсэлт /</w:t>
      </w:r>
    </w:p>
    <w:p w14:paraId="11BFDAE5" w14:textId="12D7DB9E" w:rsidR="00AD2DDE" w:rsidRDefault="00AD2DDE" w:rsidP="00AD2DDE">
      <w:pPr>
        <w:pStyle w:val="NormalWeb"/>
        <w:jc w:val="center"/>
        <w:rPr>
          <w:lang w:val="mn-MN"/>
        </w:rPr>
      </w:pPr>
    </w:p>
    <w:p w14:paraId="1DE9B8D7" w14:textId="77777777" w:rsidR="00FF7CCA" w:rsidRPr="00AD2DDE" w:rsidRDefault="00FF7CCA" w:rsidP="00AD2DDE">
      <w:pPr>
        <w:pStyle w:val="NormalWeb"/>
        <w:jc w:val="center"/>
        <w:rPr>
          <w:lang w:val="mn-MN"/>
        </w:rPr>
      </w:pPr>
    </w:p>
    <w:p w14:paraId="5887BB52" w14:textId="40E61E01" w:rsidR="00AD2DDE" w:rsidRPr="00AD2DDE" w:rsidRDefault="00AD2DDE" w:rsidP="00AD2DDE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САНХҮҮ, ЭДИЙН ЗАСГИЙН ИХ СУРГУУЛИЙН</w:t>
      </w:r>
    </w:p>
    <w:p w14:paraId="6A2A2D9A" w14:textId="26A9526B" w:rsidR="00AD2DDE" w:rsidRPr="00AD2DDE" w:rsidRDefault="00AD2DDE" w:rsidP="00AD2DDE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БҮРЭЛДЭХҮҮН  ИНЖЕНЕР ТЕХНОЛОГИЙН СУРГУУЛИЙН</w:t>
      </w:r>
    </w:p>
    <w:p w14:paraId="5EC1F2EC" w14:textId="3C2AD409" w:rsidR="00AD2DDE" w:rsidRDefault="00AD2DDE" w:rsidP="00AD2DDE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СУРГАЛТЫН АЛБАНД</w:t>
      </w:r>
      <w:r>
        <w:rPr>
          <w:lang w:val="mn-MN"/>
        </w:rPr>
        <w:t xml:space="preserve"> </w:t>
      </w:r>
      <w:r w:rsidRPr="00AD2DDE">
        <w:rPr>
          <w:lang w:val="mn-MN"/>
        </w:rPr>
        <w:t>ХҮСЭЛТ ГАРГАХ НЬ</w:t>
      </w:r>
    </w:p>
    <w:p w14:paraId="79593E26" w14:textId="77777777" w:rsidR="00FF7CCA" w:rsidRDefault="00FF7CCA" w:rsidP="00AD2DDE">
      <w:pPr>
        <w:pStyle w:val="NormalWeb"/>
        <w:spacing w:before="240" w:beforeAutospacing="0" w:after="240" w:afterAutospacing="0"/>
        <w:jc w:val="center"/>
        <w:rPr>
          <w:lang w:val="mn-MN"/>
        </w:rPr>
      </w:pPr>
    </w:p>
    <w:p w14:paraId="1F392EC5" w14:textId="772D10DC" w:rsidR="00AD2DDE" w:rsidRPr="00AD2DDE" w:rsidRDefault="00AD2DDE" w:rsidP="00AD2DDE">
      <w:pPr>
        <w:pStyle w:val="NormalWeb"/>
        <w:spacing w:before="240" w:beforeAutospacing="0" w:after="240" w:afterAutospacing="0"/>
        <w:jc w:val="both"/>
        <w:rPr>
          <w:lang w:val="mn-MN"/>
        </w:rPr>
      </w:pPr>
      <w:r>
        <w:rPr>
          <w:lang w:val="mn-MN"/>
        </w:rPr>
        <w:t>....он....сар....өдөр</w:t>
      </w:r>
    </w:p>
    <w:p w14:paraId="519129D1" w14:textId="6E170B9B" w:rsidR="00AD2DDE" w:rsidRPr="00AD2DDE" w:rsidRDefault="00AD2DDE" w:rsidP="00570803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 xml:space="preserve">Миний бие ______________ овогтой ______________ нь </w:t>
      </w:r>
      <w:r w:rsidR="007056AA">
        <w:rPr>
          <w:lang w:val="mn-MN"/>
        </w:rPr>
        <w:t xml:space="preserve">/ </w:t>
      </w:r>
      <w:r w:rsidR="00053522">
        <w:rPr>
          <w:lang w:val="mn-MN"/>
        </w:rPr>
        <w:t>регистр</w:t>
      </w:r>
      <w:r w:rsidR="007056AA">
        <w:rPr>
          <w:lang w:val="mn-MN"/>
        </w:rPr>
        <w:t xml:space="preserve">/ </w:t>
      </w:r>
      <w:r w:rsidRPr="00AD2DDE">
        <w:rPr>
          <w:lang w:val="mn-MN"/>
        </w:rPr>
        <w:t>тус сургуулийн ____________ ангийн</w:t>
      </w:r>
      <w:r w:rsidR="007056AA">
        <w:rPr>
          <w:lang w:val="mn-MN"/>
        </w:rPr>
        <w:t xml:space="preserve"> -- курсийн </w:t>
      </w:r>
      <w:r w:rsidRPr="00AD2DDE">
        <w:rPr>
          <w:lang w:val="mn-MN"/>
        </w:rPr>
        <w:t xml:space="preserve"> оюутан</w:t>
      </w:r>
      <w:r>
        <w:rPr>
          <w:lang w:val="mn-MN"/>
        </w:rPr>
        <w:t xml:space="preserve"> </w:t>
      </w:r>
      <w:r w:rsidR="007056AA">
        <w:rPr>
          <w:lang w:val="mn-MN"/>
        </w:rPr>
        <w:t>бөгөөд</w:t>
      </w:r>
      <w:r w:rsidRPr="00AD2DDE">
        <w:rPr>
          <w:lang w:val="mn-MN"/>
        </w:rPr>
        <w:t>_______________________ шалтгаанаар суралцах</w:t>
      </w:r>
      <w:r>
        <w:rPr>
          <w:lang w:val="mn-MN"/>
        </w:rPr>
        <w:t xml:space="preserve"> </w:t>
      </w:r>
      <w:r w:rsidRPr="00AD2DDE">
        <w:rPr>
          <w:lang w:val="mn-MN"/>
        </w:rPr>
        <w:t>боломжгүй болсон тул сургуулиас чөлөөлөгдөх хүсэлт гаргаж байна.</w:t>
      </w:r>
    </w:p>
    <w:p w14:paraId="547FF044" w14:textId="205BF390" w:rsidR="00AD2DDE" w:rsidRDefault="00AD2DDE" w:rsidP="00570803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>Иймд миний хүсэлтийг хүлээн авч, сургуулиас чөлөөлж өгнө үү.</w:t>
      </w:r>
      <w:r>
        <w:rPr>
          <w:lang w:val="mn-MN"/>
        </w:rPr>
        <w:t xml:space="preserve"> </w:t>
      </w:r>
    </w:p>
    <w:p w14:paraId="0BA3D6C6" w14:textId="77777777" w:rsidR="00570803" w:rsidRDefault="00570803" w:rsidP="00570803">
      <w:pPr>
        <w:pStyle w:val="NormalWeb"/>
        <w:spacing w:line="276" w:lineRule="auto"/>
        <w:jc w:val="both"/>
        <w:rPr>
          <w:lang w:val="mn-MN"/>
        </w:rPr>
      </w:pPr>
    </w:p>
    <w:p w14:paraId="2931AA53" w14:textId="23A4FDA8" w:rsidR="00AD2DDE" w:rsidRPr="00AD2DDE" w:rsidRDefault="00AD2DDE" w:rsidP="00570803">
      <w:pPr>
        <w:pStyle w:val="NormalWeb"/>
        <w:spacing w:line="276" w:lineRule="auto"/>
        <w:jc w:val="both"/>
      </w:pPr>
      <w:r>
        <w:rPr>
          <w:lang w:val="mn-MN"/>
        </w:rPr>
        <w:t>Хүндэтгэсэн</w:t>
      </w:r>
      <w:r>
        <w:t xml:space="preserve">; </w:t>
      </w:r>
    </w:p>
    <w:p w14:paraId="4B3131C6" w14:textId="617F0DF5" w:rsidR="00AD2DDE" w:rsidRPr="00AD2DDE" w:rsidRDefault="00AD2DDE" w:rsidP="00AD2DDE">
      <w:pPr>
        <w:pStyle w:val="NormalWeb"/>
        <w:ind w:left="5040" w:firstLine="720"/>
        <w:jc w:val="both"/>
        <w:rPr>
          <w:lang w:val="mn-MN"/>
        </w:rPr>
      </w:pPr>
    </w:p>
    <w:p w14:paraId="394F674D" w14:textId="1EEFF406" w:rsidR="00AD2DDE" w:rsidRPr="00AD2DDE" w:rsidRDefault="00B95FAA" w:rsidP="00B95FAA">
      <w:pPr>
        <w:pStyle w:val="NormalWeb"/>
        <w:ind w:left="3600" w:firstLine="720"/>
        <w:jc w:val="both"/>
        <w:rPr>
          <w:lang w:val="mn-MN"/>
        </w:rPr>
      </w:pPr>
      <w:r>
        <w:rPr>
          <w:lang w:val="mn-MN"/>
        </w:rPr>
        <w:t xml:space="preserve">Оюутны код </w:t>
      </w:r>
      <w:r w:rsidR="00AD2DDE" w:rsidRPr="00AD2DDE">
        <w:rPr>
          <w:lang w:val="mn-MN"/>
        </w:rPr>
        <w:t>: _______________________</w:t>
      </w:r>
    </w:p>
    <w:p w14:paraId="363ABDCE" w14:textId="7C4E15F6" w:rsidR="00AD2DDE" w:rsidRPr="00AD2DDE" w:rsidRDefault="00AD2DDE" w:rsidP="00B95FAA">
      <w:pPr>
        <w:pStyle w:val="NormalWeb"/>
        <w:ind w:left="4320"/>
        <w:jc w:val="both"/>
        <w:rPr>
          <w:lang w:val="mn-MN"/>
        </w:rPr>
      </w:pPr>
      <w:r w:rsidRPr="00AD2DDE">
        <w:rPr>
          <w:lang w:val="mn-MN"/>
        </w:rPr>
        <w:t>Утас</w:t>
      </w:r>
      <w:r w:rsidR="00B95FAA">
        <w:rPr>
          <w:lang w:val="mn-MN"/>
        </w:rPr>
        <w:t xml:space="preserve">ны дугаар </w:t>
      </w:r>
      <w:r w:rsidRPr="00AD2DDE">
        <w:rPr>
          <w:lang w:val="mn-MN"/>
        </w:rPr>
        <w:t>: _______________________</w:t>
      </w:r>
    </w:p>
    <w:p w14:paraId="06E3A474" w14:textId="16961431" w:rsidR="007770AB" w:rsidRDefault="00AD2DDE" w:rsidP="007770AB">
      <w:pPr>
        <w:pStyle w:val="NormalWeb"/>
        <w:ind w:left="3600" w:firstLine="720"/>
        <w:jc w:val="both"/>
        <w:rPr>
          <w:lang w:val="mn-MN"/>
        </w:rPr>
      </w:pPr>
      <w:r w:rsidRPr="00AD2DDE">
        <w:rPr>
          <w:lang w:val="mn-MN"/>
        </w:rPr>
        <w:t>Гарын үсэг: _______________</w:t>
      </w:r>
    </w:p>
    <w:p w14:paraId="65079D25" w14:textId="77777777" w:rsidR="007770AB" w:rsidRDefault="007770AB" w:rsidP="007770AB">
      <w:pPr>
        <w:pStyle w:val="NormalWeb"/>
        <w:ind w:left="3600" w:firstLine="720"/>
        <w:jc w:val="both"/>
        <w:rPr>
          <w:lang w:val="mn-MN"/>
        </w:rPr>
      </w:pPr>
    </w:p>
    <w:p w14:paraId="43A70F4C" w14:textId="77777777" w:rsidR="007770AB" w:rsidRDefault="007770AB" w:rsidP="007770AB">
      <w:pPr>
        <w:pStyle w:val="NormalWeb"/>
        <w:ind w:left="3600" w:firstLine="720"/>
        <w:jc w:val="both"/>
        <w:rPr>
          <w:lang w:val="mn-MN"/>
        </w:rPr>
      </w:pPr>
    </w:p>
    <w:p w14:paraId="32FE2904" w14:textId="77777777" w:rsidR="007770AB" w:rsidRDefault="007770AB" w:rsidP="007770AB">
      <w:pPr>
        <w:pStyle w:val="NormalWeb"/>
        <w:ind w:left="3600" w:firstLine="720"/>
        <w:jc w:val="both"/>
        <w:rPr>
          <w:lang w:val="mn-MN"/>
        </w:rPr>
      </w:pPr>
    </w:p>
    <w:p w14:paraId="32F705E2" w14:textId="77777777" w:rsidR="007770AB" w:rsidRDefault="007770AB" w:rsidP="007770AB">
      <w:pPr>
        <w:pStyle w:val="NormalWeb"/>
        <w:ind w:left="3600" w:firstLine="720"/>
        <w:jc w:val="both"/>
        <w:rPr>
          <w:lang w:val="mn-MN"/>
        </w:rPr>
      </w:pPr>
    </w:p>
    <w:p w14:paraId="08B50EB1" w14:textId="77777777" w:rsidR="007770AB" w:rsidRDefault="007770AB" w:rsidP="007770AB">
      <w:pPr>
        <w:pStyle w:val="NormalWeb"/>
        <w:ind w:left="3600" w:firstLine="720"/>
        <w:jc w:val="both"/>
        <w:rPr>
          <w:lang w:val="mn-MN"/>
        </w:rPr>
      </w:pPr>
    </w:p>
    <w:p w14:paraId="3DC8DDB1" w14:textId="77777777" w:rsidR="007770AB" w:rsidRDefault="007770AB" w:rsidP="007770AB">
      <w:pPr>
        <w:pStyle w:val="NormalWeb"/>
        <w:ind w:left="3600" w:firstLine="720"/>
        <w:jc w:val="both"/>
        <w:rPr>
          <w:lang w:val="mn-MN"/>
        </w:rPr>
      </w:pPr>
    </w:p>
    <w:p w14:paraId="7F0BF7F1" w14:textId="77777777" w:rsidR="007770AB" w:rsidRDefault="007770AB" w:rsidP="007770AB">
      <w:pPr>
        <w:pStyle w:val="NormalWeb"/>
        <w:ind w:left="3600" w:firstLine="720"/>
        <w:jc w:val="both"/>
        <w:rPr>
          <w:lang w:val="mn-MN"/>
        </w:rPr>
      </w:pPr>
    </w:p>
    <w:p w14:paraId="2B8784F2" w14:textId="77777777" w:rsidR="007770AB" w:rsidRDefault="007770AB" w:rsidP="007770AB">
      <w:pPr>
        <w:pStyle w:val="NormalWeb"/>
        <w:ind w:left="3600" w:firstLine="720"/>
        <w:jc w:val="both"/>
        <w:rPr>
          <w:lang w:val="mn-MN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