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B23902" w14:textId="7A60B3D9" w:rsidR="00954855" w:rsidRDefault="00954855" w:rsidP="00BA79BA">
      <w:pPr>
        <w:pStyle w:val="NormalWeb"/>
        <w:spacing w:before="100" w:after="100"/>
        <w:rPr>
          <w:lang w:val="mn-MN"/>
        </w:rPr>
      </w:pPr>
      <w:r>
        <w:rPr>
          <w:lang w:val="mn-MN"/>
        </w:rPr>
        <w:lastRenderedPageBreak/>
        <w:t xml:space="preserve">                                             / Хөтөлбөр хооронд шилжих хүсэлт гаргах  /</w:t>
      </w:r>
    </w:p>
    <w:p w14:paraId="3A41F318" w14:textId="77777777" w:rsidR="00954855" w:rsidRDefault="00954855" w:rsidP="00954855">
      <w:pPr>
        <w:pStyle w:val="NormalWeb"/>
        <w:rPr>
          <w:lang w:val="mn-MN"/>
        </w:rPr>
      </w:pPr>
    </w:p>
    <w:p w14:paraId="0F17B2D1" w14:textId="77777777" w:rsidR="00954855" w:rsidRPr="007770AB" w:rsidRDefault="00954855" w:rsidP="00954855">
      <w:pPr>
        <w:pStyle w:val="NormalWeb"/>
        <w:rPr>
          <w:lang w:val="mn-MN"/>
        </w:rPr>
      </w:pPr>
    </w:p>
    <w:p w14:paraId="3F094B40" w14:textId="77777777" w:rsidR="00954855" w:rsidRDefault="00954855" w:rsidP="004C0781">
      <w:pPr>
        <w:pStyle w:val="NormalWeb"/>
        <w:spacing w:before="240" w:beforeAutospacing="0" w:after="240" w:afterAutospacing="0"/>
        <w:rPr>
          <w:lang w:val="mn-MN"/>
        </w:rPr>
      </w:pPr>
    </w:p>
    <w:p w14:paraId="768E5628" w14:textId="77777777" w:rsidR="004C0781" w:rsidRDefault="004C0781" w:rsidP="004C0781">
      <w:pPr>
        <w:pStyle w:val="NormalWeb"/>
        <w:spacing w:before="240" w:beforeAutospacing="0" w:after="240" w:afterAutospacing="0"/>
        <w:rPr>
          <w:lang w:val="mn-MN"/>
        </w:rPr>
      </w:pPr>
    </w:p>
    <w:p w14:paraId="1B33C043" w14:textId="76553CC5" w:rsidR="00954855" w:rsidRPr="00AD2DDE" w:rsidRDefault="00954855" w:rsidP="00954855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САНХҮҮ, ЭДИЙН ЗАСГИЙН ИХ СУРГУУЛИЙН</w:t>
      </w:r>
    </w:p>
    <w:p w14:paraId="2B6396FE" w14:textId="77777777" w:rsidR="00954855" w:rsidRPr="00AD2DDE" w:rsidRDefault="00954855" w:rsidP="00954855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БҮРЭЛДЭХҮҮН  ИНЖЕНЕР ТЕХНОЛОГИЙН СУРГУУЛИЙН</w:t>
      </w:r>
    </w:p>
    <w:p w14:paraId="26A46125" w14:textId="77777777" w:rsidR="00954855" w:rsidRDefault="00954855" w:rsidP="00954855">
      <w:pPr>
        <w:pStyle w:val="NormalWeb"/>
        <w:spacing w:before="240" w:beforeAutospacing="0" w:after="240" w:afterAutospacing="0"/>
        <w:jc w:val="center"/>
        <w:rPr>
          <w:lang w:val="mn-MN"/>
        </w:rPr>
      </w:pPr>
      <w:r w:rsidRPr="00AD2DDE">
        <w:rPr>
          <w:lang w:val="mn-MN"/>
        </w:rPr>
        <w:t>СУРГАЛТЫН АЛБАНД</w:t>
      </w:r>
      <w:r>
        <w:rPr>
          <w:lang w:val="mn-MN"/>
        </w:rPr>
        <w:t xml:space="preserve"> </w:t>
      </w:r>
      <w:r w:rsidRPr="00AD2DDE">
        <w:rPr>
          <w:lang w:val="mn-MN"/>
        </w:rPr>
        <w:t>ХҮСЭЛТ ГАРГАХ НЬ</w:t>
      </w:r>
    </w:p>
    <w:p w14:paraId="0B2F9E3D" w14:textId="77777777" w:rsidR="00954855" w:rsidRDefault="00954855" w:rsidP="00954855">
      <w:pPr>
        <w:pStyle w:val="NormalWeb"/>
        <w:spacing w:before="240" w:beforeAutospacing="0" w:after="240" w:afterAutospacing="0"/>
        <w:jc w:val="center"/>
        <w:rPr>
          <w:lang w:val="mn-MN"/>
        </w:rPr>
      </w:pPr>
    </w:p>
    <w:p w14:paraId="3CD63CD0" w14:textId="77777777" w:rsidR="00954855" w:rsidRPr="00AD2DDE" w:rsidRDefault="00954855" w:rsidP="00954855">
      <w:pPr>
        <w:pStyle w:val="NormalWeb"/>
        <w:spacing w:before="240" w:beforeAutospacing="0" w:after="240" w:afterAutospacing="0"/>
        <w:jc w:val="both"/>
        <w:rPr>
          <w:lang w:val="mn-MN"/>
        </w:rPr>
      </w:pPr>
      <w:r>
        <w:rPr>
          <w:lang w:val="mn-MN"/>
        </w:rPr>
        <w:t>....он....сар....өдөр</w:t>
      </w:r>
    </w:p>
    <w:p w14:paraId="01E7C950" w14:textId="6CB566CF" w:rsidR="00954855" w:rsidRDefault="00954855" w:rsidP="00954855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 xml:space="preserve">Миний бие ______________ овогтой ______________ нь </w:t>
      </w:r>
      <w:r>
        <w:rPr>
          <w:lang w:val="mn-MN"/>
        </w:rPr>
        <w:t xml:space="preserve">/ регистр / </w:t>
      </w:r>
      <w:r w:rsidRPr="00AD2DDE">
        <w:rPr>
          <w:lang w:val="mn-MN"/>
        </w:rPr>
        <w:t>тус сургуулийн ____________</w:t>
      </w:r>
      <w:r>
        <w:rPr>
          <w:lang w:val="mn-MN"/>
        </w:rPr>
        <w:t>хөтөлбөрийн</w:t>
      </w:r>
      <w:r w:rsidRPr="00AD2DDE">
        <w:rPr>
          <w:lang w:val="mn-MN"/>
        </w:rPr>
        <w:t xml:space="preserve"> </w:t>
      </w:r>
      <w:r>
        <w:rPr>
          <w:lang w:val="mn-MN"/>
        </w:rPr>
        <w:t xml:space="preserve"> </w:t>
      </w:r>
      <w:r w:rsidRPr="00AD2DDE">
        <w:rPr>
          <w:lang w:val="mn-MN"/>
        </w:rPr>
        <w:t>__</w:t>
      </w:r>
      <w:r>
        <w:rPr>
          <w:lang w:val="mn-MN"/>
        </w:rPr>
        <w:t xml:space="preserve"> курсийн </w:t>
      </w:r>
      <w:r w:rsidRPr="00AD2DDE">
        <w:rPr>
          <w:lang w:val="mn-MN"/>
        </w:rPr>
        <w:t xml:space="preserve"> оюутан</w:t>
      </w:r>
      <w:r>
        <w:rPr>
          <w:lang w:val="mn-MN"/>
        </w:rPr>
        <w:t xml:space="preserve">. </w:t>
      </w:r>
    </w:p>
    <w:p w14:paraId="60B90903" w14:textId="45479BCD" w:rsidR="00954855" w:rsidRDefault="00954855" w:rsidP="00954855">
      <w:pPr>
        <w:pStyle w:val="NormalWeb"/>
        <w:spacing w:line="276" w:lineRule="auto"/>
        <w:jc w:val="both"/>
        <w:rPr>
          <w:lang w:val="mn-MN"/>
        </w:rPr>
      </w:pPr>
      <w:r>
        <w:rPr>
          <w:lang w:val="mn-MN"/>
        </w:rPr>
        <w:t xml:space="preserve">Миний бие суралцаж буй хөтөлбөрөө өөрийн сонирхол, цаашдын мэргэжлийн чиглэлтэй уялдуулан өөрчлөх хүсэлтэй байгаа тул </w:t>
      </w:r>
      <w:r w:rsidRPr="00AD2DDE">
        <w:rPr>
          <w:lang w:val="mn-MN"/>
        </w:rPr>
        <w:t>______________</w:t>
      </w:r>
      <w:r>
        <w:rPr>
          <w:lang w:val="mn-MN"/>
        </w:rPr>
        <w:t xml:space="preserve"> хөтөлбөрөөс </w:t>
      </w:r>
      <w:r w:rsidRPr="00AD2DDE">
        <w:rPr>
          <w:lang w:val="mn-MN"/>
        </w:rPr>
        <w:t>______________</w:t>
      </w:r>
      <w:r>
        <w:rPr>
          <w:lang w:val="mn-MN"/>
        </w:rPr>
        <w:t xml:space="preserve">хөтөлбөрт шилжүүлэн суралцуулж өгнө үү хэмээн хүсэлт гаргаж байна. </w:t>
      </w:r>
    </w:p>
    <w:p w14:paraId="3395558F" w14:textId="11B615B0" w:rsidR="00954855" w:rsidRDefault="00954855" w:rsidP="00954855">
      <w:pPr>
        <w:pStyle w:val="NormalWeb"/>
        <w:spacing w:line="276" w:lineRule="auto"/>
        <w:jc w:val="both"/>
        <w:rPr>
          <w:lang w:val="mn-MN"/>
        </w:rPr>
      </w:pPr>
      <w:r w:rsidRPr="00AD2DDE">
        <w:rPr>
          <w:lang w:val="mn-MN"/>
        </w:rPr>
        <w:t>Иймд миний хүсэлтийг хүлээн авч,</w:t>
      </w:r>
      <w:r>
        <w:rPr>
          <w:lang w:val="mn-MN"/>
        </w:rPr>
        <w:t xml:space="preserve"> холбогдох журмын дагуу хөтөлбөр хооронд шилжүүлэн суралцах боломж олгож өгнө үү.  </w:t>
      </w:r>
    </w:p>
    <w:p w14:paraId="03000BB8" w14:textId="77777777" w:rsidR="00954855" w:rsidRDefault="00954855" w:rsidP="00954855">
      <w:pPr>
        <w:pStyle w:val="NormalWeb"/>
        <w:spacing w:line="276" w:lineRule="auto"/>
        <w:jc w:val="both"/>
        <w:rPr>
          <w:lang w:val="mn-MN"/>
        </w:rPr>
      </w:pPr>
    </w:p>
    <w:p w14:paraId="33CE513C" w14:textId="77777777" w:rsidR="00954855" w:rsidRPr="00AD2DDE" w:rsidRDefault="00954855" w:rsidP="00954855">
      <w:pPr>
        <w:pStyle w:val="NormalWeb"/>
        <w:spacing w:line="276" w:lineRule="auto"/>
        <w:jc w:val="both"/>
      </w:pPr>
      <w:r>
        <w:rPr>
          <w:lang w:val="mn-MN"/>
        </w:rPr>
        <w:t>Хүндэтгэсэн</w:t>
      </w:r>
      <w:r>
        <w:t xml:space="preserve">; </w:t>
      </w:r>
    </w:p>
    <w:p w14:paraId="0D0F37E7" w14:textId="77777777" w:rsidR="00954855" w:rsidRPr="00AD2DDE" w:rsidRDefault="00954855" w:rsidP="00954855">
      <w:pPr>
        <w:pStyle w:val="NormalWeb"/>
        <w:ind w:left="5040" w:firstLine="720"/>
        <w:jc w:val="both"/>
        <w:rPr>
          <w:lang w:val="mn-MN"/>
        </w:rPr>
      </w:pPr>
    </w:p>
    <w:p w14:paraId="1BE05FE1" w14:textId="77777777" w:rsidR="00954855" w:rsidRPr="00AD2DDE" w:rsidRDefault="00954855" w:rsidP="00954855">
      <w:pPr>
        <w:pStyle w:val="NormalWeb"/>
        <w:ind w:left="3600" w:firstLine="720"/>
        <w:jc w:val="both"/>
        <w:rPr>
          <w:lang w:val="mn-MN"/>
        </w:rPr>
      </w:pPr>
      <w:r>
        <w:rPr>
          <w:lang w:val="mn-MN"/>
        </w:rPr>
        <w:t xml:space="preserve">Оюутны код </w:t>
      </w:r>
      <w:r w:rsidRPr="00AD2DDE">
        <w:rPr>
          <w:lang w:val="mn-MN"/>
        </w:rPr>
        <w:t>: _______________________</w:t>
      </w:r>
    </w:p>
    <w:p w14:paraId="09CAEEBE" w14:textId="77777777" w:rsidR="00954855" w:rsidRPr="00AD2DDE" w:rsidRDefault="00954855" w:rsidP="00954855">
      <w:pPr>
        <w:pStyle w:val="NormalWeb"/>
        <w:ind w:left="4320"/>
        <w:jc w:val="both"/>
        <w:rPr>
          <w:lang w:val="mn-MN"/>
        </w:rPr>
      </w:pPr>
      <w:r w:rsidRPr="00AD2DDE">
        <w:rPr>
          <w:lang w:val="mn-MN"/>
        </w:rPr>
        <w:t>Утас</w:t>
      </w:r>
      <w:r>
        <w:rPr>
          <w:lang w:val="mn-MN"/>
        </w:rPr>
        <w:t xml:space="preserve">ны дугаар </w:t>
      </w:r>
      <w:r w:rsidRPr="00AD2DDE">
        <w:rPr>
          <w:lang w:val="mn-MN"/>
        </w:rPr>
        <w:t>: _______________________</w:t>
      </w:r>
    </w:p>
    <w:p w14:paraId="4935A4BF" w14:textId="77777777" w:rsidR="00954855" w:rsidRPr="00AD2DDE" w:rsidRDefault="00954855" w:rsidP="00954855">
      <w:pPr>
        <w:pStyle w:val="NormalWeb"/>
        <w:ind w:left="3600" w:firstLine="720"/>
        <w:jc w:val="both"/>
        <w:rPr>
          <w:lang w:val="mn-MN"/>
        </w:rPr>
      </w:pPr>
      <w:r w:rsidRPr="00AD2DDE">
        <w:rPr>
          <w:lang w:val="mn-MN"/>
        </w:rPr>
        <w:t>Гарын үсэг: _________________</w:t>
      </w:r>
    </w:p>
    <w:p w14:paraId="29FE164B" w14:textId="77777777" w:rsidR="00954855" w:rsidRPr="00AD2DDE" w:rsidRDefault="00954855" w:rsidP="00954855">
      <w:pPr>
        <w:pStyle w:val="NormalWeb"/>
        <w:jc w:val="center"/>
        <w:rPr>
          <w:lang w:val="mn-MN"/>
        </w:rPr>
      </w:pPr>
      <w:r w:rsidRPr="00AD2DDE">
        <w:rPr>
          <w:color w:val="FFFFFF"/>
          <w:shd w:val="clear" w:color="auto" w:fill="FFFFFF"/>
        </w:rPr>
        <w:t xml:space="preserve">САНХҮҮ, ЭДИЙН </w:t>
      </w:r>
    </w:p>
    <w:p w14:paraId="13AA0C19" w14:textId="77777777" w:rsidR="00954855" w:rsidRPr="00AD2DDE" w:rsidRDefault="00954855" w:rsidP="00954855">
      <w:pPr>
        <w:pStyle w:val="NormalWeb"/>
        <w:jc w:val="center"/>
        <w:rPr>
          <w:lang w:val="mn-MN"/>
        </w:rPr>
      </w:pPr>
      <w:r w:rsidRPr="00AD2DDE">
        <w:rPr>
          <w:color w:val="FFFFFF"/>
          <w:shd w:val="clear" w:color="auto" w:fill="FFFFFF"/>
        </w:rPr>
        <w:t xml:space="preserve">САНХҮҮ, ЭДИЙН </w:t>
      </w:r>
    </w:p>
    <w:p w14:paraId="0B0F2C66" w14:textId="77777777" w:rsidR="00954855" w:rsidRDefault="00954855" w:rsidP="00491E58">
      <w:pPr>
        <w:pStyle w:val="NormalWeb"/>
        <w:jc w:val="center"/>
        <w:rPr>
          <w:color w:val="FFFFFF"/>
          <w:shd w:val="clear" w:color="auto" w:fill="FFFFFF"/>
        </w:rPr>
      </w:pP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