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E1D24" w14:textId="2B3CDBBA" w:rsidR="007770AB" w:rsidRDefault="007770AB" w:rsidP="007770AB">
      <w:pPr>
        <w:pStyle w:val="NormalWeb"/>
        <w:rPr>
          <w:lang w:val="mn-MN"/>
        </w:rPr>
      </w:pPr>
      <w:r>
        <w:rPr>
          <w:lang w:val="mn-MN"/>
        </w:rPr>
        <w:t xml:space="preserve">                                             / Чөлөөг дуусгавар болгох хүсэлт /</w:t>
      </w:r>
    </w:p>
    <w:p w14:paraId="47597266" w14:textId="77777777" w:rsidR="007770AB" w:rsidRDefault="007770AB" w:rsidP="007770AB">
      <w:pPr>
        <w:pStyle w:val="NormalWeb"/>
        <w:rPr>
          <w:lang w:val="mn-MN"/>
        </w:rPr>
      </w:pPr>
    </w:p>
    <w:p w14:paraId="3C4870D7" w14:textId="77777777" w:rsidR="007770AB" w:rsidRPr="007770AB" w:rsidRDefault="007770AB" w:rsidP="007770AB">
      <w:pPr>
        <w:pStyle w:val="NormalWeb"/>
        <w:rPr>
          <w:lang w:val="mn-MN"/>
        </w:rPr>
      </w:pPr>
    </w:p>
    <w:p w14:paraId="67C88C61" w14:textId="77777777" w:rsidR="00491E58" w:rsidRPr="00AD2DDE" w:rsidRDefault="00491E58" w:rsidP="00491E58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САНХҮҮ, ЭДИЙН ЗАСГИЙН ИХ СУРГУУЛИЙН</w:t>
      </w:r>
    </w:p>
    <w:p w14:paraId="13BE5183" w14:textId="77777777" w:rsidR="00491E58" w:rsidRPr="00AD2DDE" w:rsidRDefault="00491E58" w:rsidP="00491E58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БҮРЭЛДЭХҮҮН  ИНЖЕНЕР ТЕХНОЛОГИЙН СУРГУУЛИЙН</w:t>
      </w:r>
    </w:p>
    <w:p w14:paraId="0749D421" w14:textId="77777777" w:rsidR="00491E58" w:rsidRDefault="00491E58" w:rsidP="00491E58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СУРГАЛТЫН АЛБАНД</w:t>
      </w:r>
      <w:r>
        <w:rPr>
          <w:lang w:val="mn-MN"/>
        </w:rPr>
        <w:t xml:space="preserve"> </w:t>
      </w:r>
      <w:r w:rsidRPr="00AD2DDE">
        <w:rPr>
          <w:lang w:val="mn-MN"/>
        </w:rPr>
        <w:t>ХҮСЭЛТ ГАРГАХ НЬ</w:t>
      </w:r>
    </w:p>
    <w:p w14:paraId="365B98AE" w14:textId="77777777" w:rsidR="00491E58" w:rsidRDefault="00491E58" w:rsidP="00491E58">
      <w:pPr>
        <w:pStyle w:val="NormalWeb"/>
        <w:spacing w:before="240" w:beforeAutospacing="0" w:after="240" w:afterAutospacing="0"/>
        <w:jc w:val="center"/>
        <w:rPr>
          <w:lang w:val="mn-MN"/>
        </w:rPr>
      </w:pPr>
    </w:p>
    <w:p w14:paraId="72FD28DE" w14:textId="77777777" w:rsidR="00491E58" w:rsidRPr="00AD2DDE" w:rsidRDefault="00491E58" w:rsidP="00491E58">
      <w:pPr>
        <w:pStyle w:val="NormalWeb"/>
        <w:spacing w:before="240" w:beforeAutospacing="0" w:after="240" w:afterAutospacing="0"/>
        <w:jc w:val="both"/>
        <w:rPr>
          <w:lang w:val="mn-MN"/>
        </w:rPr>
      </w:pPr>
      <w:r>
        <w:rPr>
          <w:lang w:val="mn-MN"/>
        </w:rPr>
        <w:t>....он....сар....өдөр</w:t>
      </w:r>
    </w:p>
    <w:p w14:paraId="7515CECC" w14:textId="73635F9B" w:rsidR="00491E58" w:rsidRDefault="00491E58" w:rsidP="00491E58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Миний бие ______________ овогтой ______________ нь </w:t>
      </w:r>
      <w:r>
        <w:rPr>
          <w:lang w:val="mn-MN"/>
        </w:rPr>
        <w:t xml:space="preserve">/ </w:t>
      </w:r>
      <w:r w:rsidR="007770AB">
        <w:rPr>
          <w:lang w:val="mn-MN"/>
        </w:rPr>
        <w:t xml:space="preserve">регистр </w:t>
      </w:r>
      <w:r>
        <w:rPr>
          <w:lang w:val="mn-MN"/>
        </w:rPr>
        <w:t xml:space="preserve">/ </w:t>
      </w:r>
      <w:r w:rsidRPr="00AD2DDE">
        <w:rPr>
          <w:lang w:val="mn-MN"/>
        </w:rPr>
        <w:t>тус сургуулийн ____________ ангийн</w:t>
      </w:r>
      <w:r>
        <w:rPr>
          <w:lang w:val="mn-MN"/>
        </w:rPr>
        <w:t xml:space="preserve"> </w:t>
      </w:r>
      <w:r w:rsidR="007770AB" w:rsidRPr="00AD2DDE">
        <w:rPr>
          <w:lang w:val="mn-MN"/>
        </w:rPr>
        <w:t>__</w:t>
      </w:r>
      <w:r>
        <w:rPr>
          <w:lang w:val="mn-MN"/>
        </w:rPr>
        <w:t xml:space="preserve"> курсийн </w:t>
      </w:r>
      <w:r w:rsidRPr="00AD2DDE">
        <w:rPr>
          <w:lang w:val="mn-MN"/>
        </w:rPr>
        <w:t xml:space="preserve"> оюутан</w:t>
      </w:r>
      <w:r>
        <w:rPr>
          <w:lang w:val="mn-MN"/>
        </w:rPr>
        <w:t xml:space="preserve"> бөгөөд</w:t>
      </w:r>
      <w:r w:rsidRPr="00AD2DDE">
        <w:rPr>
          <w:lang w:val="mn-MN"/>
        </w:rPr>
        <w:t>__________________шалтгаанаар сур</w:t>
      </w:r>
      <w:r w:rsidR="007770AB">
        <w:rPr>
          <w:lang w:val="mn-MN"/>
        </w:rPr>
        <w:t xml:space="preserve">галтын чөлөө авсан. </w:t>
      </w:r>
    </w:p>
    <w:p w14:paraId="75EE21C9" w14:textId="5556D4B3" w:rsidR="007770AB" w:rsidRPr="00AD2DDE" w:rsidRDefault="007770AB" w:rsidP="00491E58">
      <w:pPr>
        <w:pStyle w:val="NormalWeb"/>
        <w:spacing w:line="276" w:lineRule="auto"/>
        <w:jc w:val="both"/>
        <w:rPr>
          <w:lang w:val="mn-MN"/>
        </w:rPr>
      </w:pPr>
      <w:r>
        <w:rPr>
          <w:lang w:val="mn-MN"/>
        </w:rPr>
        <w:t xml:space="preserve">Чөлөөний хугацаагаа дуусгавар болгож 2026-2027 оны хичээлийн жилд сургалтын үйл ажиллагаагаа үргэлжлүүлэн, суралцах  хүсэлт гаргаж байна. </w:t>
      </w:r>
    </w:p>
    <w:p w14:paraId="60AB5594" w14:textId="058B6F2B" w:rsidR="00491E58" w:rsidRDefault="00491E58" w:rsidP="00491E58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Иймд миний хүсэлтийг хүлээн авч, </w:t>
      </w:r>
      <w:r w:rsidR="007770AB">
        <w:rPr>
          <w:lang w:val="mn-MN"/>
        </w:rPr>
        <w:t xml:space="preserve">үргэлжлүүлэн суралцах эрхийг сэргээж өгнө үү.  </w:t>
      </w:r>
    </w:p>
    <w:p w14:paraId="27FEF724" w14:textId="77777777" w:rsidR="00491E58" w:rsidRDefault="00491E58" w:rsidP="00491E58">
      <w:pPr>
        <w:pStyle w:val="NormalWeb"/>
        <w:spacing w:line="276" w:lineRule="auto"/>
        <w:jc w:val="both"/>
        <w:rPr>
          <w:lang w:val="mn-MN"/>
        </w:rPr>
      </w:pPr>
    </w:p>
    <w:p w14:paraId="7B5BFAE3" w14:textId="77777777" w:rsidR="00491E58" w:rsidRPr="00AD2DDE" w:rsidRDefault="00491E58" w:rsidP="00491E58">
      <w:pPr>
        <w:pStyle w:val="NormalWeb"/>
        <w:spacing w:line="276" w:lineRule="auto"/>
        <w:jc w:val="both"/>
      </w:pPr>
      <w:r>
        <w:rPr>
          <w:lang w:val="mn-MN"/>
        </w:rPr>
        <w:t>Хүндэтгэсэн</w:t>
      </w:r>
      <w:r>
        <w:t xml:space="preserve">; </w:t>
      </w:r>
    </w:p>
    <w:p w14:paraId="12B4DC5D" w14:textId="77777777" w:rsidR="00491E58" w:rsidRPr="00AD2DDE" w:rsidRDefault="00491E58" w:rsidP="00491E58">
      <w:pPr>
        <w:pStyle w:val="NormalWeb"/>
        <w:ind w:left="5040" w:firstLine="720"/>
        <w:jc w:val="both"/>
        <w:rPr>
          <w:lang w:val="mn-MN"/>
        </w:rPr>
      </w:pPr>
    </w:p>
    <w:p w14:paraId="3F76A60A" w14:textId="77777777" w:rsidR="00491E58" w:rsidRPr="00AD2DDE" w:rsidRDefault="00491E58" w:rsidP="00491E58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 xml:space="preserve">Оюутны код </w:t>
      </w:r>
      <w:r w:rsidRPr="00AD2DDE">
        <w:rPr>
          <w:lang w:val="mn-MN"/>
        </w:rPr>
        <w:t>: _______________________</w:t>
      </w:r>
    </w:p>
    <w:p w14:paraId="45CCA7B2" w14:textId="77777777" w:rsidR="00491E58" w:rsidRPr="00AD2DDE" w:rsidRDefault="00491E58" w:rsidP="00491E58">
      <w:pPr>
        <w:pStyle w:val="NormalWeb"/>
        <w:ind w:left="4320"/>
        <w:jc w:val="both"/>
        <w:rPr>
          <w:lang w:val="mn-MN"/>
        </w:rPr>
      </w:pPr>
      <w:r w:rsidRPr="00AD2DDE">
        <w:rPr>
          <w:lang w:val="mn-MN"/>
        </w:rPr>
        <w:t>Утас</w:t>
      </w:r>
      <w:r>
        <w:rPr>
          <w:lang w:val="mn-MN"/>
        </w:rPr>
        <w:t xml:space="preserve">ны дугаар </w:t>
      </w:r>
      <w:r w:rsidRPr="00AD2DDE">
        <w:rPr>
          <w:lang w:val="mn-MN"/>
        </w:rPr>
        <w:t>: _______________________</w:t>
      </w:r>
    </w:p>
    <w:p w14:paraId="574A3E3D" w14:textId="77777777" w:rsidR="00491E58" w:rsidRPr="00AD2DDE" w:rsidRDefault="00491E58" w:rsidP="00491E58">
      <w:pPr>
        <w:pStyle w:val="NormalWeb"/>
        <w:ind w:left="3600" w:firstLine="720"/>
        <w:jc w:val="both"/>
        <w:rPr>
          <w:lang w:val="mn-MN"/>
        </w:rPr>
      </w:pPr>
      <w:r w:rsidRPr="00AD2DDE">
        <w:rPr>
          <w:lang w:val="mn-MN"/>
        </w:rPr>
        <w:t>Гарын үсэг: _________________</w:t>
      </w:r>
    </w:p>
    <w:p w14:paraId="56429D8C" w14:textId="77777777" w:rsidR="00491E58" w:rsidRDefault="00491E58" w:rsidP="00491E58">
      <w:pPr>
        <w:pStyle w:val="NormalWeb"/>
        <w:jc w:val="center"/>
        <w:rPr>
          <w:color w:val="FFFFFF"/>
          <w:shd w:val="clear" w:color="auto" w:fill="FFFFFF"/>
        </w:rPr>
      </w:pPr>
      <w:r w:rsidRPr="00AD2DDE">
        <w:rPr>
          <w:color w:val="FFFFFF"/>
          <w:shd w:val="clear" w:color="auto" w:fill="FFFFFF"/>
        </w:rPr>
        <w:t xml:space="preserve">САНХҮҮ, ЭДИЙН </w:t>
      </w:r>
    </w:p>
    <w:p w14:paraId="77E80BD7" w14:textId="77777777" w:rsidR="00954855" w:rsidRDefault="00954855" w:rsidP="00491E58">
      <w:pPr>
        <w:pStyle w:val="NormalWeb"/>
        <w:jc w:val="center"/>
        <w:rPr>
          <w:color w:val="FFFFFF"/>
          <w:shd w:val="clear" w:color="auto" w:fill="FFFFFF"/>
        </w:rPr>
      </w:pPr>
    </w:p>
    <w:p w14:paraId="5C9B52A2" w14:textId="77777777" w:rsidR="00954855" w:rsidRDefault="00954855" w:rsidP="00491E58">
      <w:pPr>
        <w:pStyle w:val="NormalWeb"/>
        <w:jc w:val="center"/>
        <w:rPr>
          <w:color w:val="FFFFFF"/>
          <w:shd w:val="clear" w:color="auto" w:fill="FFFFFF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