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227374" w14:textId="09A69A4D" w:rsidR="003E046C" w:rsidRDefault="003E046C" w:rsidP="003E046C">
      <w:pPr>
        <w:pStyle w:val="NormalWeb"/>
        <w:spacing w:before="100" w:after="100"/>
        <w:rPr>
          <w:lang w:val="mn-MN"/>
        </w:rPr>
      </w:pPr>
      <w:r>
        <w:rPr>
          <w:lang w:val="mn-MN"/>
        </w:rPr>
        <w:lastRenderedPageBreak/>
        <w:t xml:space="preserve">                                             / </w:t>
      </w:r>
      <w:r>
        <w:rPr>
          <w:lang w:val="mn-MN"/>
        </w:rPr>
        <w:t xml:space="preserve">Хичээл дүйцүүлэх хүсэлт </w:t>
      </w:r>
      <w:r>
        <w:rPr>
          <w:lang w:val="mn-MN"/>
        </w:rPr>
        <w:t xml:space="preserve">  /</w:t>
      </w:r>
    </w:p>
    <w:p w14:paraId="22B424A0" w14:textId="77777777" w:rsidR="003E046C" w:rsidRDefault="003E046C" w:rsidP="003E046C">
      <w:pPr>
        <w:pStyle w:val="NormalWeb"/>
        <w:spacing w:before="240" w:beforeAutospacing="0" w:after="240" w:afterAutospacing="0"/>
        <w:rPr>
          <w:lang w:val="mn-MN"/>
        </w:rPr>
      </w:pPr>
    </w:p>
    <w:p w14:paraId="73EDCEC9" w14:textId="77777777" w:rsidR="003E046C" w:rsidRDefault="003E046C" w:rsidP="003E046C">
      <w:pPr>
        <w:pStyle w:val="NormalWeb"/>
        <w:spacing w:before="240" w:beforeAutospacing="0" w:after="240" w:afterAutospacing="0"/>
        <w:rPr>
          <w:lang w:val="mn-MN"/>
        </w:rPr>
      </w:pPr>
    </w:p>
    <w:p w14:paraId="0522EBDC" w14:textId="77777777" w:rsidR="003E046C" w:rsidRPr="00AD2DDE" w:rsidRDefault="003E046C" w:rsidP="003E046C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САНХҮҮ, ЭДИЙН ЗАСГИЙН ИХ СУРГУУЛИЙН</w:t>
      </w:r>
    </w:p>
    <w:p w14:paraId="27BF0DB2" w14:textId="77777777" w:rsidR="003E046C" w:rsidRPr="00AD2DDE" w:rsidRDefault="003E046C" w:rsidP="003E046C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БҮРЭЛДЭХҮҮН  ИНЖЕНЕР ТЕХНОЛОГИЙН СУРГУУЛИЙН</w:t>
      </w:r>
    </w:p>
    <w:p w14:paraId="677D3709" w14:textId="77777777" w:rsidR="003E046C" w:rsidRDefault="003E046C" w:rsidP="003E046C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СУРГАЛТЫН АЛБАНД</w:t>
      </w:r>
      <w:r>
        <w:rPr>
          <w:lang w:val="mn-MN"/>
        </w:rPr>
        <w:t xml:space="preserve"> </w:t>
      </w:r>
      <w:r w:rsidRPr="00AD2DDE">
        <w:rPr>
          <w:lang w:val="mn-MN"/>
        </w:rPr>
        <w:t>ХҮСЭЛТ ГАРГАХ НЬ</w:t>
      </w:r>
    </w:p>
    <w:p w14:paraId="49B53826" w14:textId="77777777" w:rsidR="003E046C" w:rsidRDefault="003E046C" w:rsidP="003E046C">
      <w:pPr>
        <w:pStyle w:val="NormalWeb"/>
        <w:spacing w:before="240" w:beforeAutospacing="0" w:after="240" w:afterAutospacing="0"/>
        <w:jc w:val="center"/>
        <w:rPr>
          <w:lang w:val="mn-MN"/>
        </w:rPr>
      </w:pPr>
    </w:p>
    <w:p w14:paraId="4837E884" w14:textId="77777777" w:rsidR="003E046C" w:rsidRPr="00AD2DDE" w:rsidRDefault="003E046C" w:rsidP="003E046C">
      <w:pPr>
        <w:pStyle w:val="NormalWeb"/>
        <w:spacing w:before="240" w:beforeAutospacing="0" w:after="240" w:afterAutospacing="0"/>
        <w:jc w:val="both"/>
        <w:rPr>
          <w:lang w:val="mn-MN"/>
        </w:rPr>
      </w:pPr>
      <w:r>
        <w:rPr>
          <w:lang w:val="mn-MN"/>
        </w:rPr>
        <w:t>....он....сар....өдөр</w:t>
      </w:r>
    </w:p>
    <w:p w14:paraId="23DFDA36" w14:textId="77777777" w:rsidR="003E046C" w:rsidRDefault="003E046C" w:rsidP="003E046C">
      <w:pPr>
        <w:pStyle w:val="NormalWeb"/>
        <w:spacing w:line="276" w:lineRule="auto"/>
        <w:jc w:val="both"/>
        <w:rPr>
          <w:lang w:val="mn-MN"/>
        </w:rPr>
      </w:pPr>
      <w:r w:rsidRPr="00AD2DDE">
        <w:rPr>
          <w:lang w:val="mn-MN"/>
        </w:rPr>
        <w:t xml:space="preserve">Миний бие ______________ овогтой ______________ нь </w:t>
      </w:r>
      <w:r>
        <w:rPr>
          <w:lang w:val="mn-MN"/>
        </w:rPr>
        <w:t xml:space="preserve">/ регистр / </w:t>
      </w:r>
      <w:r w:rsidRPr="00AD2DDE">
        <w:rPr>
          <w:lang w:val="mn-MN"/>
        </w:rPr>
        <w:t>тус сургуулийн ____________</w:t>
      </w:r>
      <w:r>
        <w:rPr>
          <w:lang w:val="mn-MN"/>
        </w:rPr>
        <w:t>хөтөлбөрийн</w:t>
      </w:r>
      <w:r w:rsidRPr="00AD2DDE">
        <w:rPr>
          <w:lang w:val="mn-MN"/>
        </w:rPr>
        <w:t xml:space="preserve"> </w:t>
      </w:r>
      <w:r>
        <w:rPr>
          <w:lang w:val="mn-MN"/>
        </w:rPr>
        <w:t xml:space="preserve"> </w:t>
      </w:r>
      <w:r w:rsidRPr="00AD2DDE">
        <w:rPr>
          <w:lang w:val="mn-MN"/>
        </w:rPr>
        <w:t>__</w:t>
      </w:r>
      <w:r>
        <w:rPr>
          <w:lang w:val="mn-MN"/>
        </w:rPr>
        <w:t xml:space="preserve"> курсийн </w:t>
      </w:r>
      <w:r w:rsidRPr="00AD2DDE">
        <w:rPr>
          <w:lang w:val="mn-MN"/>
        </w:rPr>
        <w:t xml:space="preserve"> оюутан</w:t>
      </w:r>
      <w:r>
        <w:rPr>
          <w:lang w:val="mn-MN"/>
        </w:rPr>
        <w:t xml:space="preserve">. </w:t>
      </w:r>
    </w:p>
    <w:p w14:paraId="041F501A" w14:textId="116D5478" w:rsidR="003E046C" w:rsidRDefault="003E046C" w:rsidP="003E046C">
      <w:pPr>
        <w:pStyle w:val="NormalWeb"/>
        <w:spacing w:line="276" w:lineRule="auto"/>
        <w:jc w:val="both"/>
        <w:rPr>
          <w:lang w:val="mn-MN"/>
        </w:rPr>
      </w:pPr>
      <w:r>
        <w:rPr>
          <w:lang w:val="mn-MN"/>
        </w:rPr>
        <w:t xml:space="preserve">Өмнө нь </w:t>
      </w:r>
      <w:r w:rsidRPr="00AD2DDE">
        <w:rPr>
          <w:lang w:val="mn-MN"/>
        </w:rPr>
        <w:t>______________</w:t>
      </w:r>
      <w:r>
        <w:rPr>
          <w:lang w:val="mn-MN"/>
        </w:rPr>
        <w:t xml:space="preserve">их сургуульд суралцаж байх хугацаанд судалсан хичээлүүдээсээ одоо суралцаж буй хөтөлбөрийн </w:t>
      </w:r>
      <w:r w:rsidRPr="00AD2DDE">
        <w:rPr>
          <w:lang w:val="mn-MN"/>
        </w:rPr>
        <w:t>______________</w:t>
      </w:r>
      <w:r>
        <w:rPr>
          <w:lang w:val="mn-MN"/>
        </w:rPr>
        <w:t xml:space="preserve"> хичээлтэй агуулга, багц цагийн хувьд дүйцэх </w:t>
      </w:r>
      <w:r w:rsidR="00111844">
        <w:rPr>
          <w:lang w:val="mn-MN"/>
        </w:rPr>
        <w:t xml:space="preserve">хичээлүүдийг дүйцүүлэн тооцуулах хүсэлт гаргаж байна. </w:t>
      </w:r>
    </w:p>
    <w:p w14:paraId="027075DA" w14:textId="77777777" w:rsidR="00111844" w:rsidRPr="00AD2DDE" w:rsidRDefault="00111844" w:rsidP="00111844">
      <w:pPr>
        <w:pStyle w:val="NormalWeb"/>
        <w:numPr>
          <w:ilvl w:val="0"/>
          <w:numId w:val="3"/>
        </w:numPr>
        <w:jc w:val="both"/>
        <w:rPr>
          <w:lang w:val="mn-MN"/>
        </w:rPr>
      </w:pPr>
      <w:r w:rsidRPr="00AD2DDE">
        <w:rPr>
          <w:lang w:val="mn-MN"/>
        </w:rPr>
        <w:t>_______________________</w:t>
      </w:r>
    </w:p>
    <w:p w14:paraId="2F65DDB9" w14:textId="77777777" w:rsidR="00111844" w:rsidRPr="00AD2DDE" w:rsidRDefault="00111844" w:rsidP="00111844">
      <w:pPr>
        <w:pStyle w:val="NormalWeb"/>
        <w:numPr>
          <w:ilvl w:val="0"/>
          <w:numId w:val="3"/>
        </w:numPr>
        <w:jc w:val="both"/>
        <w:rPr>
          <w:lang w:val="mn-MN"/>
        </w:rPr>
      </w:pPr>
      <w:r w:rsidRPr="00AD2DDE">
        <w:rPr>
          <w:lang w:val="mn-MN"/>
        </w:rPr>
        <w:t>_______________________</w:t>
      </w:r>
    </w:p>
    <w:p w14:paraId="71F7DE85" w14:textId="77777777" w:rsidR="00111844" w:rsidRDefault="00111844" w:rsidP="00111844">
      <w:pPr>
        <w:pStyle w:val="NormalWeb"/>
        <w:numPr>
          <w:ilvl w:val="0"/>
          <w:numId w:val="3"/>
        </w:numPr>
        <w:jc w:val="both"/>
        <w:rPr>
          <w:lang w:val="mn-MN"/>
        </w:rPr>
      </w:pPr>
      <w:r w:rsidRPr="00AD2DDE">
        <w:rPr>
          <w:lang w:val="mn-MN"/>
        </w:rPr>
        <w:t>_______________________</w:t>
      </w:r>
    </w:p>
    <w:p w14:paraId="4D1EFAB3" w14:textId="77777777" w:rsidR="00111844" w:rsidRPr="00AD2DDE" w:rsidRDefault="00111844" w:rsidP="00111844">
      <w:pPr>
        <w:pStyle w:val="NormalWeb"/>
        <w:numPr>
          <w:ilvl w:val="0"/>
          <w:numId w:val="3"/>
        </w:numPr>
        <w:jc w:val="both"/>
        <w:rPr>
          <w:lang w:val="mn-MN"/>
        </w:rPr>
      </w:pPr>
      <w:r w:rsidRPr="00AD2DDE">
        <w:rPr>
          <w:lang w:val="mn-MN"/>
        </w:rPr>
        <w:t>_______________________</w:t>
      </w:r>
    </w:p>
    <w:p w14:paraId="725F4D22" w14:textId="77777777" w:rsidR="00111844" w:rsidRPr="00AD2DDE" w:rsidRDefault="00111844" w:rsidP="00111844">
      <w:pPr>
        <w:pStyle w:val="NormalWeb"/>
        <w:numPr>
          <w:ilvl w:val="0"/>
          <w:numId w:val="3"/>
        </w:numPr>
        <w:jc w:val="both"/>
        <w:rPr>
          <w:lang w:val="mn-MN"/>
        </w:rPr>
      </w:pPr>
    </w:p>
    <w:p w14:paraId="18430619" w14:textId="77777777" w:rsidR="00111844" w:rsidRDefault="00111844" w:rsidP="00111844">
      <w:pPr>
        <w:pStyle w:val="NormalWeb"/>
        <w:spacing w:line="276" w:lineRule="auto"/>
        <w:ind w:left="720"/>
        <w:jc w:val="both"/>
        <w:rPr>
          <w:lang w:val="mn-MN"/>
        </w:rPr>
      </w:pPr>
    </w:p>
    <w:p w14:paraId="5440B868" w14:textId="726C60B1" w:rsidR="003E046C" w:rsidRDefault="003E046C" w:rsidP="003E046C">
      <w:pPr>
        <w:pStyle w:val="NormalWeb"/>
        <w:spacing w:line="276" w:lineRule="auto"/>
        <w:jc w:val="both"/>
        <w:rPr>
          <w:lang w:val="mn-MN"/>
        </w:rPr>
      </w:pPr>
      <w:r w:rsidRPr="00AD2DDE">
        <w:rPr>
          <w:lang w:val="mn-MN"/>
        </w:rPr>
        <w:t xml:space="preserve">Иймд миний </w:t>
      </w:r>
      <w:r w:rsidR="00111844">
        <w:rPr>
          <w:lang w:val="mn-MN"/>
        </w:rPr>
        <w:t>өмнө судал байсан дээрх хичээлүүдийг холбогдох журмын дагуу дүйцүүлэн тооцож, сургалтын төлөвлөгөөнд тусгаж өгнө үү.</w:t>
      </w:r>
    </w:p>
    <w:p w14:paraId="51EF4C44" w14:textId="77777777" w:rsidR="003E046C" w:rsidRPr="00BA79BA" w:rsidRDefault="003E046C" w:rsidP="003E046C">
      <w:pPr>
        <w:pStyle w:val="NormalWeb"/>
        <w:spacing w:line="276" w:lineRule="auto"/>
        <w:jc w:val="both"/>
      </w:pPr>
      <w:r>
        <w:rPr>
          <w:lang w:val="mn-MN"/>
        </w:rPr>
        <w:t>Хүндэтгэсэн</w:t>
      </w:r>
      <w:r>
        <w:t xml:space="preserve">; </w:t>
      </w:r>
    </w:p>
    <w:p w14:paraId="644DA86A" w14:textId="77777777" w:rsidR="003E046C" w:rsidRPr="00AD2DDE" w:rsidRDefault="003E046C" w:rsidP="003E046C">
      <w:pPr>
        <w:pStyle w:val="NormalWeb"/>
        <w:ind w:left="3600" w:firstLine="720"/>
        <w:jc w:val="both"/>
        <w:rPr>
          <w:lang w:val="mn-MN"/>
        </w:rPr>
      </w:pPr>
      <w:r>
        <w:rPr>
          <w:lang w:val="mn-MN"/>
        </w:rPr>
        <w:t xml:space="preserve">Оюутны код </w:t>
      </w:r>
      <w:r w:rsidRPr="00AD2DDE">
        <w:rPr>
          <w:lang w:val="mn-MN"/>
        </w:rPr>
        <w:t>: _______________________</w:t>
      </w:r>
    </w:p>
    <w:p w14:paraId="1242D0F0" w14:textId="77777777" w:rsidR="003E046C" w:rsidRDefault="003E046C" w:rsidP="003E046C">
      <w:pPr>
        <w:pStyle w:val="NormalWeb"/>
        <w:ind w:left="4320"/>
        <w:jc w:val="both"/>
        <w:rPr>
          <w:lang w:val="mn-MN"/>
        </w:rPr>
      </w:pPr>
      <w:r w:rsidRPr="00AD2DDE">
        <w:rPr>
          <w:lang w:val="mn-MN"/>
        </w:rPr>
        <w:t>Утас</w:t>
      </w:r>
      <w:r>
        <w:rPr>
          <w:lang w:val="mn-MN"/>
        </w:rPr>
        <w:t xml:space="preserve">ны дугаар </w:t>
      </w:r>
      <w:r w:rsidRPr="00AD2DDE">
        <w:rPr>
          <w:lang w:val="mn-MN"/>
        </w:rPr>
        <w:t>: ______________________</w:t>
      </w:r>
      <w:r>
        <w:rPr>
          <w:lang w:val="mn-MN"/>
        </w:rPr>
        <w:t xml:space="preserve">  </w:t>
      </w:r>
    </w:p>
    <w:p w14:paraId="28564647" w14:textId="77777777" w:rsidR="003E046C" w:rsidRPr="00AD2DDE" w:rsidRDefault="003E046C" w:rsidP="003E046C">
      <w:pPr>
        <w:pStyle w:val="NormalWeb"/>
        <w:ind w:left="4320"/>
        <w:jc w:val="both"/>
        <w:rPr>
          <w:lang w:val="mn-MN"/>
        </w:rPr>
      </w:pPr>
      <w:r>
        <w:rPr>
          <w:lang w:val="mn-MN"/>
        </w:rPr>
        <w:t xml:space="preserve"> </w:t>
      </w:r>
      <w:r w:rsidRPr="00AD2DDE">
        <w:rPr>
          <w:lang w:val="mn-MN"/>
        </w:rPr>
        <w:t>Гарын үсэг: _________________</w:t>
      </w:r>
    </w:p>
    <w:p w14:paraId="10D2E963" w14:textId="77777777" w:rsidR="003E046C" w:rsidRDefault="003E046C" w:rsidP="003E046C">
      <w:pPr>
        <w:pStyle w:val="NormalWeb"/>
        <w:jc w:val="center"/>
        <w:rPr>
          <w:color w:val="FFFFFF"/>
          <w:shd w:val="clear" w:color="auto" w:fill="FFFFFF"/>
        </w:rPr>
      </w:pPr>
    </w:p>
    <w:p w14:paraId="06503B68" w14:textId="77777777" w:rsidR="003E046C" w:rsidRDefault="003E046C" w:rsidP="003E046C">
      <w:pPr>
        <w:pStyle w:val="NormalWeb"/>
        <w:jc w:val="center"/>
        <w:rPr>
          <w:color w:val="FFFFFF"/>
          <w:shd w:val="clear" w:color="auto" w:fill="FFFFFF"/>
        </w:rPr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