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/ Хичээл нэмүүлэх хүсэлт /</w:t>
      </w:r>
    </w:p>
    <w:p w14:paraId="6A87A0F6" w14:textId="77777777" w:rsidR="00260558" w:rsidRPr="00AD2DDE" w:rsidRDefault="00260558" w:rsidP="00260558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САНХҮҮ, ЭДИЙН ЗАСГИЙН ИХ СУРГУУЛИЙН</w:t>
      </w:r>
    </w:p>
    <w:p w14:paraId="7036F433" w14:textId="77777777" w:rsidR="00260558" w:rsidRPr="00AD2DDE" w:rsidRDefault="00260558" w:rsidP="00260558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БҮРЭЛДЭХҮҮН  ИНЖЕНЕР ТЕХНОЛОГИЙН СУРГУУЛИЙН</w:t>
      </w:r>
    </w:p>
    <w:p w14:paraId="07434BE1" w14:textId="77777777" w:rsidR="00260558" w:rsidRDefault="00260558" w:rsidP="00260558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СУРГАЛТЫН АЛБАНД</w:t>
      </w:r>
      <w:r>
        <w:rPr>
          <w:lang w:val="mn-MN"/>
        </w:rPr>
        <w:t xml:space="preserve"> </w:t>
      </w:r>
      <w:r w:rsidRPr="00AD2DDE">
        <w:rPr>
          <w:lang w:val="mn-MN"/>
        </w:rPr>
        <w:t>ХҮСЭЛТ ГАРГАХ НЬ</w:t>
      </w:r>
    </w:p>
    <w:p w14:paraId="3BC2BA40" w14:textId="77777777" w:rsidR="00260558" w:rsidRDefault="00260558" w:rsidP="00260558">
      <w:pPr>
        <w:pStyle w:val="NormalWeb"/>
        <w:spacing w:before="240" w:beforeAutospacing="0" w:after="240" w:afterAutospacing="0"/>
        <w:jc w:val="center"/>
        <w:rPr>
          <w:lang w:val="mn-MN"/>
        </w:rPr>
      </w:pPr>
    </w:p>
    <w:p w14:paraId="386FF5FA" w14:textId="77777777" w:rsidR="00260558" w:rsidRPr="00AD2DDE" w:rsidRDefault="00260558" w:rsidP="00260558">
      <w:pPr>
        <w:pStyle w:val="NormalWeb"/>
        <w:spacing w:before="240" w:beforeAutospacing="0" w:after="240" w:afterAutospacing="0"/>
        <w:jc w:val="both"/>
        <w:rPr>
          <w:lang w:val="mn-MN"/>
        </w:rPr>
      </w:pPr>
      <w:r>
        <w:rPr>
          <w:lang w:val="mn-MN"/>
        </w:rPr>
        <w:t>....он....сар....өдөр</w:t>
      </w:r>
    </w:p>
    <w:p w14:paraId="3A3C51A9" w14:textId="77777777" w:rsidR="00260558" w:rsidRDefault="00260558" w:rsidP="00260558">
      <w:pPr>
        <w:pStyle w:val="NormalWeb"/>
        <w:spacing w:line="276" w:lineRule="auto"/>
        <w:jc w:val="both"/>
        <w:rPr>
          <w:lang w:val="mn-MN"/>
        </w:rPr>
      </w:pPr>
      <w:r w:rsidRPr="00AD2DDE">
        <w:rPr>
          <w:lang w:val="mn-MN"/>
        </w:rPr>
        <w:t xml:space="preserve">Миний бие ______________ овогтой ______________ нь </w:t>
      </w:r>
      <w:r>
        <w:rPr>
          <w:lang w:val="mn-MN"/>
        </w:rPr>
        <w:t xml:space="preserve">/ регистр / </w:t>
      </w:r>
      <w:r w:rsidRPr="00AD2DDE">
        <w:rPr>
          <w:lang w:val="mn-MN"/>
        </w:rPr>
        <w:t>тус сургуулийн ____________</w:t>
      </w:r>
      <w:r>
        <w:rPr>
          <w:lang w:val="mn-MN"/>
        </w:rPr>
        <w:t>хөтөлбөрийн</w:t>
      </w:r>
      <w:r w:rsidRPr="00AD2DDE">
        <w:rPr>
          <w:lang w:val="mn-MN"/>
        </w:rPr>
        <w:t xml:space="preserve"> </w:t>
      </w:r>
      <w:r>
        <w:rPr>
          <w:lang w:val="mn-MN"/>
        </w:rPr>
        <w:t xml:space="preserve"> </w:t>
      </w:r>
      <w:r w:rsidRPr="00AD2DDE">
        <w:rPr>
          <w:lang w:val="mn-MN"/>
        </w:rPr>
        <w:t>__</w:t>
      </w:r>
      <w:r>
        <w:rPr>
          <w:lang w:val="mn-MN"/>
        </w:rPr>
        <w:t xml:space="preserve"> курсийн </w:t>
      </w:r>
      <w:r w:rsidRPr="00AD2DDE">
        <w:rPr>
          <w:lang w:val="mn-MN"/>
        </w:rPr>
        <w:t xml:space="preserve"> оюутан</w:t>
      </w:r>
      <w:r>
        <w:rPr>
          <w:lang w:val="mn-MN"/>
        </w:rPr>
        <w:t xml:space="preserve">. </w:t>
      </w:r>
    </w:p>
    <w:p w14:paraId="37159211" w14:textId="77777777" w:rsidR="00260558" w:rsidRDefault="00260558" w:rsidP="00260558">
      <w:pPr>
        <w:pStyle w:val="NormalWeb"/>
        <w:spacing w:line="276" w:lineRule="auto"/>
        <w:jc w:val="both"/>
        <w:rPr>
          <w:lang w:val="mn-MN"/>
        </w:rPr>
      </w:pPr>
      <w:r>
        <w:rPr>
          <w:lang w:val="mn-MN"/>
        </w:rPr>
        <w:t xml:space="preserve">Сургалтын төлөвлөгөөнд тусгагдсан хичээлүүдээс дараах хичээлийг нэмж судлах хүсэлт гаргаж байна. </w:t>
      </w:r>
    </w:p>
    <w:p w14:paraId="51916F91" w14:textId="77777777" w:rsidR="00260558" w:rsidRPr="00AD2DDE" w:rsidRDefault="00260558" w:rsidP="00260558">
      <w:pPr>
        <w:pStyle w:val="NormalWeb"/>
        <w:numPr>
          <w:ilvl w:val="0"/>
          <w:numId w:val="4"/>
        </w:numPr>
        <w:jc w:val="both"/>
        <w:rPr>
          <w:lang w:val="mn-MN"/>
        </w:rPr>
      </w:pPr>
      <w:r w:rsidRPr="00AD2DDE">
        <w:rPr>
          <w:lang w:val="mn-MN"/>
        </w:rPr>
        <w:t>_______________________</w:t>
      </w:r>
    </w:p>
    <w:p w14:paraId="5371DBE6" w14:textId="77777777" w:rsidR="00260558" w:rsidRPr="00AD2DDE" w:rsidRDefault="00260558" w:rsidP="00260558">
      <w:pPr>
        <w:pStyle w:val="NormalWeb"/>
        <w:numPr>
          <w:ilvl w:val="0"/>
          <w:numId w:val="4"/>
        </w:numPr>
        <w:jc w:val="both"/>
        <w:rPr>
          <w:lang w:val="mn-MN"/>
        </w:rPr>
      </w:pPr>
      <w:r w:rsidRPr="00AD2DDE">
        <w:rPr>
          <w:lang w:val="mn-MN"/>
        </w:rPr>
        <w:t>_______________________</w:t>
      </w:r>
    </w:p>
    <w:p w14:paraId="520DF8AB" w14:textId="77777777" w:rsidR="00260558" w:rsidRDefault="00260558" w:rsidP="00260558">
      <w:pPr>
        <w:pStyle w:val="NormalWeb"/>
        <w:numPr>
          <w:ilvl w:val="0"/>
          <w:numId w:val="4"/>
        </w:numPr>
        <w:jc w:val="both"/>
        <w:rPr>
          <w:lang w:val="mn-MN"/>
        </w:rPr>
      </w:pPr>
      <w:r w:rsidRPr="00AD2DDE">
        <w:rPr>
          <w:lang w:val="mn-MN"/>
        </w:rPr>
        <w:t>_______________________</w:t>
      </w:r>
    </w:p>
    <w:p w14:paraId="7D09AA75" w14:textId="77777777" w:rsidR="00260558" w:rsidRPr="00E21F91" w:rsidRDefault="00260558" w:rsidP="00260558">
      <w:pPr>
        <w:pStyle w:val="NormalWeb"/>
        <w:numPr>
          <w:ilvl w:val="0"/>
          <w:numId w:val="4"/>
        </w:numPr>
        <w:jc w:val="both"/>
        <w:rPr>
          <w:lang w:val="mn-MN"/>
        </w:rPr>
      </w:pPr>
      <w:r w:rsidRPr="00AD2DDE">
        <w:rPr>
          <w:lang w:val="mn-MN"/>
        </w:rPr>
        <w:t>_______________________</w:t>
      </w:r>
    </w:p>
    <w:p w14:paraId="76DD51BF" w14:textId="77777777" w:rsidR="00260558" w:rsidRDefault="00260558" w:rsidP="00260558">
      <w:pPr>
        <w:pStyle w:val="NormalWeb"/>
        <w:spacing w:line="276" w:lineRule="auto"/>
        <w:jc w:val="both"/>
        <w:rPr>
          <w:lang w:val="mn-MN"/>
        </w:rPr>
      </w:pPr>
      <w:r w:rsidRPr="00AD2DDE">
        <w:rPr>
          <w:lang w:val="mn-MN"/>
        </w:rPr>
        <w:t>Иймд</w:t>
      </w:r>
      <w:r>
        <w:rPr>
          <w:lang w:val="mn-MN"/>
        </w:rPr>
        <w:t xml:space="preserve"> дээрх   ...  хичээлийг нэмж судлах боломж боломж олгож, сургалтын системд бүртгэж өгнө үү. </w:t>
      </w:r>
    </w:p>
    <w:p w14:paraId="23960759" w14:textId="77777777" w:rsidR="00260558" w:rsidRPr="00BA79BA" w:rsidRDefault="00260558" w:rsidP="00260558">
      <w:pPr>
        <w:pStyle w:val="NormalWeb"/>
        <w:spacing w:line="276" w:lineRule="auto"/>
        <w:jc w:val="both"/>
      </w:pPr>
      <w:r>
        <w:rPr>
          <w:lang w:val="mn-MN"/>
        </w:rPr>
        <w:t>Хүндэтгэсэн</w:t>
      </w:r>
      <w:r>
        <w:t xml:space="preserve">; </w:t>
      </w:r>
    </w:p>
    <w:p w14:paraId="4DA497A8" w14:textId="77777777" w:rsidR="00260558" w:rsidRPr="00AD2DDE" w:rsidRDefault="00260558" w:rsidP="00260558">
      <w:pPr>
        <w:pStyle w:val="NormalWeb"/>
        <w:ind w:left="3600" w:firstLine="720"/>
        <w:jc w:val="both"/>
        <w:rPr>
          <w:lang w:val="mn-MN"/>
        </w:rPr>
      </w:pPr>
      <w:r>
        <w:rPr>
          <w:lang w:val="mn-MN"/>
        </w:rPr>
        <w:t xml:space="preserve">Оюутны код </w:t>
      </w:r>
      <w:r w:rsidRPr="00AD2DDE">
        <w:rPr>
          <w:lang w:val="mn-MN"/>
        </w:rPr>
        <w:t>: _______________________</w:t>
      </w:r>
    </w:p>
    <w:p w14:paraId="3E5AD5F5" w14:textId="77777777" w:rsidR="00260558" w:rsidRDefault="00260558" w:rsidP="00260558">
      <w:pPr>
        <w:pStyle w:val="NormalWeb"/>
        <w:ind w:left="4320"/>
        <w:jc w:val="both"/>
        <w:rPr>
          <w:lang w:val="mn-MN"/>
        </w:rPr>
      </w:pPr>
      <w:r w:rsidRPr="00AD2DDE">
        <w:rPr>
          <w:lang w:val="mn-MN"/>
        </w:rPr>
        <w:t>Утас</w:t>
      </w:r>
      <w:r>
        <w:rPr>
          <w:lang w:val="mn-MN"/>
        </w:rPr>
        <w:t xml:space="preserve">ны дугаар </w:t>
      </w:r>
      <w:r w:rsidRPr="00AD2DDE">
        <w:rPr>
          <w:lang w:val="mn-MN"/>
        </w:rPr>
        <w:t>: ______________________</w:t>
      </w:r>
      <w:r>
        <w:rPr>
          <w:lang w:val="mn-MN"/>
        </w:rPr>
        <w:t xml:space="preserve">  </w:t>
      </w:r>
    </w:p>
    <w:p w14:paraId="3DCEEE3F" w14:textId="77777777" w:rsidR="00260558" w:rsidRPr="00AD2DDE" w:rsidRDefault="00260558" w:rsidP="00260558">
      <w:pPr>
        <w:pStyle w:val="NormalWeb"/>
        <w:ind w:left="4320"/>
        <w:jc w:val="both"/>
        <w:rPr>
          <w:lang w:val="mn-MN"/>
        </w:rPr>
      </w:pPr>
      <w:r>
        <w:rPr>
          <w:lang w:val="mn-MN"/>
        </w:rPr>
        <w:t xml:space="preserve"> </w:t>
      </w:r>
      <w:r w:rsidRPr="00AD2DDE">
        <w:rPr>
          <w:lang w:val="mn-MN"/>
        </w:rPr>
        <w:t>Гарын үсэг: _________________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